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ECF" w:rsidRPr="00856ECF" w:rsidRDefault="00465F2A">
      <w:pPr>
        <w:keepNext/>
        <w:jc w:val="center"/>
        <w:rPr>
          <w:b/>
          <w:color w:val="000000"/>
          <w:sz w:val="24"/>
          <w:lang w:val="sr-Cyrl-RS"/>
        </w:rPr>
      </w:pPr>
      <w:r>
        <w:rPr>
          <w:b/>
          <w:color w:val="000000"/>
          <w:sz w:val="24"/>
          <w:lang w:val="sr-Cyrl-RS"/>
        </w:rPr>
        <w:t xml:space="preserve">КОРАК НАПРЕД КА ПОВРАТКУ </w:t>
      </w:r>
    </w:p>
    <w:p w:rsidR="00856ECF" w:rsidRPr="00856ECF" w:rsidRDefault="00856ECF">
      <w:pPr>
        <w:keepNext/>
        <w:jc w:val="center"/>
        <w:rPr>
          <w:b/>
          <w:color w:val="000000"/>
          <w:sz w:val="24"/>
          <w:lang w:val="sr-Cyrl-RS"/>
        </w:rPr>
      </w:pPr>
    </w:p>
    <w:p w:rsidR="00664EEB" w:rsidRPr="00856ECF" w:rsidRDefault="00B36A46">
      <w:pPr>
        <w:keepNext/>
        <w:jc w:val="center"/>
        <w:rPr>
          <w:sz w:val="22"/>
          <w:lang w:val="sr-Cyrl-RS"/>
        </w:rPr>
      </w:pPr>
      <w:r w:rsidRPr="00856ECF">
        <w:rPr>
          <w:b/>
          <w:color w:val="000000"/>
          <w:sz w:val="22"/>
          <w:lang w:val="sr-Cyrl-RS"/>
        </w:rPr>
        <w:t>ОБРАЗАЦ ПРИЈАВЕ НА ЈАВНИ ПОЗИВ</w:t>
      </w:r>
    </w:p>
    <w:p w:rsidR="00664EEB" w:rsidRPr="00856ECF" w:rsidRDefault="00B36A46">
      <w:pPr>
        <w:keepNext/>
        <w:jc w:val="center"/>
        <w:rPr>
          <w:sz w:val="22"/>
          <w:lang w:val="sr-Cyrl-RS"/>
        </w:rPr>
      </w:pPr>
      <w:r w:rsidRPr="00856ECF">
        <w:rPr>
          <w:b/>
          <w:color w:val="000000"/>
          <w:sz w:val="22"/>
          <w:lang w:val="sr-Cyrl-RS"/>
        </w:rPr>
        <w:t>ЗА ДОДЕЛУ ИНДИВИДУАЛНИХ ПАКЕТА ПОМОЋИ У ВИДУ</w:t>
      </w:r>
    </w:p>
    <w:p w:rsidR="00664EEB" w:rsidRPr="00856ECF" w:rsidRDefault="00B36A46">
      <w:pPr>
        <w:keepNext/>
        <w:jc w:val="center"/>
        <w:rPr>
          <w:sz w:val="22"/>
          <w:lang w:val="sr-Cyrl-RS"/>
        </w:rPr>
      </w:pPr>
      <w:r w:rsidRPr="00856ECF">
        <w:rPr>
          <w:b/>
          <w:color w:val="000000"/>
          <w:sz w:val="22"/>
          <w:lang w:val="sr-Cyrl-RS"/>
        </w:rPr>
        <w:t>НЕПРЕХРАМБЕНИХ АРТИКАЛА ЗА ДОМАЋИНСТВО</w:t>
      </w:r>
    </w:p>
    <w:p w:rsidR="00664EEB" w:rsidRPr="00856ECF" w:rsidRDefault="00B36A46">
      <w:pPr>
        <w:keepNext/>
        <w:spacing w:after="40"/>
        <w:jc w:val="center"/>
        <w:rPr>
          <w:sz w:val="22"/>
          <w:lang w:val="sr-Cyrl-RS"/>
        </w:rPr>
      </w:pPr>
      <w:r w:rsidRPr="00856ECF">
        <w:rPr>
          <w:b/>
          <w:color w:val="000000"/>
          <w:sz w:val="22"/>
          <w:lang w:val="sr-Cyrl-RS"/>
        </w:rPr>
        <w:t>У ОКВИРУ ПРОЈЕКТА „КОРАК НАПРЕД КА ПОВРАТКУ“</w:t>
      </w:r>
    </w:p>
    <w:p w:rsidR="00856ECF" w:rsidRDefault="00856ECF">
      <w:pPr>
        <w:spacing w:before="20" w:after="40"/>
        <w:jc w:val="both"/>
        <w:rPr>
          <w:b/>
          <w:i/>
          <w:sz w:val="16"/>
          <w:lang w:val="sr-Cyrl-RS"/>
        </w:rPr>
      </w:pPr>
    </w:p>
    <w:p w:rsidR="00465F2A" w:rsidRDefault="00465F2A">
      <w:pPr>
        <w:spacing w:before="20" w:after="40"/>
        <w:jc w:val="both"/>
        <w:rPr>
          <w:b/>
          <w:i/>
          <w:sz w:val="16"/>
          <w:lang w:val="sr-Cyrl-RS"/>
        </w:rPr>
      </w:pPr>
    </w:p>
    <w:p w:rsidR="00465F2A" w:rsidRPr="00856ECF" w:rsidRDefault="00465F2A">
      <w:pPr>
        <w:spacing w:before="20" w:after="40"/>
        <w:jc w:val="both"/>
        <w:rPr>
          <w:b/>
          <w:i/>
          <w:sz w:val="16"/>
          <w:lang w:val="sr-Cyrl-RS"/>
        </w:rPr>
      </w:pPr>
    </w:p>
    <w:p w:rsidR="00664EEB" w:rsidRPr="00856ECF" w:rsidRDefault="00B36A46">
      <w:pPr>
        <w:spacing w:before="20" w:after="40"/>
        <w:jc w:val="both"/>
        <w:rPr>
          <w:b/>
          <w:i/>
          <w:sz w:val="20"/>
          <w:szCs w:val="20"/>
          <w:lang w:val="sr-Cyrl-RS"/>
        </w:rPr>
      </w:pPr>
      <w:r w:rsidRPr="00856ECF">
        <w:rPr>
          <w:b/>
          <w:i/>
          <w:sz w:val="20"/>
          <w:szCs w:val="20"/>
          <w:lang w:val="sr-Cyrl-RS"/>
        </w:rPr>
        <w:t>Моле се подносиоци пријаве да попуне све тражене податке. Ако се неки податак не односи на подносиоца или члана домаћинства, уписати „није применљиво“. Ако пријава садржи формални недостатак, подносилац ће бити позван да га отклони у року од 8 дана. Навођење неистинитих или непотпуних података може бити основ за одбијање пријаве или губитак права на додељену помоћ.</w:t>
      </w:r>
    </w:p>
    <w:p w:rsidR="00856ECF" w:rsidRPr="00856ECF" w:rsidRDefault="00856ECF">
      <w:pPr>
        <w:spacing w:before="20" w:after="40"/>
        <w:jc w:val="both"/>
        <w:rPr>
          <w:b/>
          <w:lang w:val="sr-Cyrl-RS"/>
        </w:rPr>
      </w:pPr>
    </w:p>
    <w:tbl>
      <w:tblPr>
        <w:tblStyle w:val="TableGrid"/>
        <w:tblW w:w="0" w:type="auto"/>
        <w:jc w:val="center"/>
        <w:tblLayout w:type="fixed"/>
        <w:tblLook w:val="04A0" w:firstRow="1" w:lastRow="0" w:firstColumn="1" w:lastColumn="0" w:noHBand="0" w:noVBand="1"/>
      </w:tblPr>
      <w:tblGrid>
        <w:gridCol w:w="1984"/>
        <w:gridCol w:w="3288"/>
        <w:gridCol w:w="1984"/>
        <w:gridCol w:w="3288"/>
      </w:tblGrid>
      <w:tr w:rsidR="00664EEB" w:rsidRPr="00856ECF">
        <w:trPr>
          <w:cantSplit/>
          <w:jc w:val="center"/>
        </w:trPr>
        <w:tc>
          <w:tcPr>
            <w:tcW w:w="10544" w:type="dxa"/>
            <w:gridSpan w:val="4"/>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8"/>
                <w:lang w:val="sr-Cyrl-RS"/>
              </w:rPr>
              <w:t>ПОПУЊАВА УГ „ИНИЦИЈАТИВА ЗА РАЗВОЈ И САРАДЊУ“</w:t>
            </w:r>
          </w:p>
        </w:tc>
      </w:tr>
      <w:tr w:rsidR="00664EEB" w:rsidRPr="00856ECF">
        <w:trPr>
          <w:cantSplit/>
          <w:jc w:val="center"/>
        </w:trPr>
        <w:tc>
          <w:tcPr>
            <w:tcW w:w="1984"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пријаве:</w:t>
            </w:r>
          </w:p>
        </w:tc>
        <w:tc>
          <w:tcPr>
            <w:tcW w:w="3288" w:type="dxa"/>
            <w:tcMar>
              <w:top w:w="70" w:type="dxa"/>
              <w:left w:w="90" w:type="dxa"/>
              <w:bottom w:w="70" w:type="dxa"/>
              <w:right w:w="90" w:type="dxa"/>
            </w:tcMar>
            <w:vAlign w:val="center"/>
          </w:tcPr>
          <w:p w:rsidR="00664EEB" w:rsidRPr="00856ECF" w:rsidRDefault="00664EEB">
            <w:pPr>
              <w:rPr>
                <w:lang w:val="sr-Cyrl-RS"/>
              </w:rPr>
            </w:pPr>
          </w:p>
        </w:tc>
        <w:tc>
          <w:tcPr>
            <w:tcW w:w="1984"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Датум и време пријема:</w:t>
            </w:r>
          </w:p>
        </w:tc>
        <w:tc>
          <w:tcPr>
            <w:tcW w:w="3288" w:type="dxa"/>
            <w:tcMar>
              <w:top w:w="70" w:type="dxa"/>
              <w:left w:w="90" w:type="dxa"/>
              <w:bottom w:w="70" w:type="dxa"/>
              <w:right w:w="90" w:type="dxa"/>
            </w:tcMar>
            <w:vAlign w:val="center"/>
          </w:tcPr>
          <w:p w:rsidR="00664EEB" w:rsidRPr="00856ECF" w:rsidRDefault="00664EEB">
            <w:pPr>
              <w:rPr>
                <w:lang w:val="sr-Cyrl-RS"/>
              </w:rPr>
            </w:pPr>
          </w:p>
        </w:tc>
      </w:tr>
    </w:tbl>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2"/>
          <w:lang w:val="sr-Cyrl-RS"/>
        </w:r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t>ПОДАЦИ О ПОДНОСИОЦУ ПРИЈАВЕ</w:t>
      </w: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Име (име једног родитеља) и презиме:</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Датум и место рођења: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Пол:</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мушки     ☐ женски</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ЈМБГ:</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личне карте:</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ИРЛ легитимације:</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подносилац носилац домаћинства?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5272" w:type="dxa"/>
            <w:gridSpan w:val="2"/>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Ако није носилац: име и презиме носиоца домаћинства и број ИРЛ легитимације:</w:t>
            </w:r>
          </w:p>
        </w:tc>
        <w:tc>
          <w:tcPr>
            <w:tcW w:w="5272" w:type="dxa"/>
            <w:gridSpan w:val="2"/>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телефона: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Е-mail:</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Радни статус:</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незапослен/а   ☐ запослен/а   ☐ предузетник/ца   ☐ пензионер/ка   ☐ друго: __________________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Образовање / занимање:</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пребивалишта:</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боравишта / тренутног становања:</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Градска општина: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rsidP="00151D77">
            <w:pPr>
              <w:rPr>
                <w:lang w:val="sr-Cyrl-RS"/>
              </w:rPr>
            </w:pPr>
            <w:r w:rsidRPr="00856ECF">
              <w:rPr>
                <w:b/>
                <w:color w:val="000000"/>
                <w:sz w:val="18"/>
                <w:lang w:val="sr-Cyrl-RS"/>
              </w:rPr>
              <w:t xml:space="preserve">Пребивалиште/боравиште на </w:t>
            </w:r>
            <w:r w:rsidR="00151D77">
              <w:rPr>
                <w:b/>
                <w:color w:val="000000"/>
                <w:sz w:val="18"/>
                <w:lang w:val="sr-Cyrl-RS"/>
              </w:rPr>
              <w:t>Општина Палилула Ниш</w:t>
            </w:r>
            <w:bookmarkStart w:id="0" w:name="_GoBack"/>
            <w:bookmarkEnd w:id="0"/>
            <w:r w:rsidRPr="00856ECF">
              <w:rPr>
                <w:b/>
                <w:color w:val="000000"/>
                <w:sz w:val="18"/>
                <w:lang w:val="sr-Cyrl-RS"/>
              </w:rPr>
              <w:t>:</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rFonts w:ascii="Segoe UI Symbol" w:hAnsi="Segoe UI Symbol" w:cs="Segoe UI Symbol"/>
                <w:color w:val="000000"/>
                <w:sz w:val="18"/>
                <w:lang w:val="sr-Cyrl-RS"/>
              </w:rPr>
              <w:t>☐</w:t>
            </w:r>
            <w:r w:rsidRPr="00856ECF">
              <w:rPr>
                <w:color w:val="000000"/>
                <w:sz w:val="18"/>
                <w:lang w:val="sr-Cyrl-RS"/>
              </w:rPr>
              <w:t xml:space="preserve">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Месечна примања подносиоца: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Укупна месечна примања домаћинства:</w:t>
            </w:r>
          </w:p>
        </w:tc>
        <w:tc>
          <w:tcPr>
            <w:tcW w:w="2891" w:type="dxa"/>
            <w:tcMar>
              <w:top w:w="70" w:type="dxa"/>
              <w:left w:w="90" w:type="dxa"/>
              <w:bottom w:w="70" w:type="dxa"/>
              <w:right w:w="90" w:type="dxa"/>
            </w:tcMar>
            <w:vAlign w:val="center"/>
          </w:tcPr>
          <w:p w:rsidR="00664EEB" w:rsidRPr="00856ECF" w:rsidRDefault="00664EEB">
            <w:pPr>
              <w:rPr>
                <w:lang w:val="sr-Cyrl-RS"/>
              </w:rPr>
            </w:pPr>
          </w:p>
        </w:tc>
      </w:tr>
    </w:tbl>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rsidP="00465F2A">
      <w:pPr>
        <w:keepNext/>
        <w:pBdr>
          <w:bottom w:val="single" w:sz="10" w:space="1" w:color="2F75B5"/>
        </w:pBdr>
        <w:spacing w:before="40" w:after="40"/>
        <w:rPr>
          <w:b/>
          <w:color w:val="000000"/>
          <w:sz w:val="21"/>
          <w:lang w:val="sr-Cyrl-RS"/>
        </w:rPr>
      </w:pPr>
    </w:p>
    <w:p w:rsidR="00465F2A" w:rsidRDefault="00465F2A" w:rsidP="00465F2A">
      <w:pPr>
        <w:keepNext/>
        <w:pBdr>
          <w:bottom w:val="single" w:sz="10" w:space="1" w:color="2F75B5"/>
        </w:pBdr>
        <w:spacing w:before="40" w:after="40"/>
        <w:rPr>
          <w:b/>
          <w:color w:val="000000"/>
          <w:sz w:val="21"/>
          <w:lang w:val="sr-Cyrl-RS"/>
        </w:rPr>
      </w:pPr>
    </w:p>
    <w:p w:rsidR="00664EEB" w:rsidRPr="00856ECF" w:rsidRDefault="00B36A46">
      <w:pPr>
        <w:keepNext/>
        <w:pBdr>
          <w:bottom w:val="single" w:sz="10" w:space="1" w:color="2F75B5"/>
        </w:pBdr>
        <w:spacing w:before="40" w:after="40"/>
        <w:jc w:val="center"/>
        <w:rPr>
          <w:lang w:val="sr-Cyrl-RS"/>
        </w:rPr>
      </w:pPr>
      <w:r w:rsidRPr="00856ECF">
        <w:rPr>
          <w:b/>
          <w:color w:val="000000"/>
          <w:sz w:val="21"/>
          <w:lang w:val="sr-Cyrl-RS"/>
        </w:rPr>
        <w:t>ПОДАЦИ О ПОВРАТКУ И САСТАВУ ДОМАЋИНСТВА</w:t>
      </w: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Планирана општина и место повратка на Косову и Метохији: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Планирана адреса повратка / коришћења помоћи: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повратак већ остварен?</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исказана жеља за повратком?</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Регистрација/исказана намера повратка:</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база УНХЦР-а Србија   ☐ институција/организација: __________________________  датум: 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Укупан број чланова домаћинства: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деце до 18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деце до 5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студената до 26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чланова старијих од 60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Једнородитељско домаћинство:</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bl>
    <w:p w:rsidR="00664EEB" w:rsidRPr="00856ECF" w:rsidRDefault="00664EEB">
      <w:pPr>
        <w:rPr>
          <w:lang w:val="sr-Cyrl-RS"/>
        </w:rPr>
        <w:sectPr w:rsidR="00664EEB" w:rsidRPr="00856ECF" w:rsidSect="00465F2A">
          <w:headerReference w:type="default" r:id="rId8"/>
          <w:footerReference w:type="default" r:id="rId9"/>
          <w:pgSz w:w="11906" w:h="16838"/>
          <w:pgMar w:top="1020" w:right="680" w:bottom="964" w:left="680" w:header="576" w:footer="113" w:gutter="0"/>
          <w:cols w:space="720"/>
          <w:docGrid w:linePitch="360"/>
        </w:sect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lastRenderedPageBreak/>
        <w:t>ПОДАЦИ О ЧЛАНОВИМА ПОРОДИЧНОГ ДОМАЋИНСТВА</w:t>
      </w:r>
    </w:p>
    <w:p w:rsidR="00664EEB" w:rsidRPr="00856ECF" w:rsidRDefault="00B36A46">
      <w:pPr>
        <w:spacing w:after="40"/>
        <w:jc w:val="both"/>
        <w:rPr>
          <w:b/>
          <w:lang w:val="sr-Cyrl-RS"/>
        </w:rPr>
      </w:pPr>
      <w:r w:rsidRPr="00856ECF">
        <w:rPr>
          <w:b/>
          <w:i/>
          <w:sz w:val="16"/>
          <w:lang w:val="sr-Cyrl-RS"/>
        </w:rPr>
        <w:t>Уписати све чланове који са подносиоцем пријаве живе у заједничком породичном домаћинству. Ако домаћинство има више чланова, приложити додатну страну са истим подацима.</w:t>
      </w:r>
    </w:p>
    <w:tbl>
      <w:tblPr>
        <w:tblStyle w:val="TableGrid"/>
        <w:tblW w:w="0" w:type="auto"/>
        <w:jc w:val="center"/>
        <w:tblLayout w:type="fixed"/>
        <w:tblLook w:val="04A0" w:firstRow="1" w:lastRow="0" w:firstColumn="1" w:lastColumn="0" w:noHBand="0" w:noVBand="1"/>
      </w:tblPr>
      <w:tblGrid>
        <w:gridCol w:w="567"/>
        <w:gridCol w:w="2098"/>
        <w:gridCol w:w="1417"/>
        <w:gridCol w:w="1644"/>
        <w:gridCol w:w="1474"/>
        <w:gridCol w:w="2154"/>
        <w:gridCol w:w="2721"/>
        <w:gridCol w:w="1587"/>
      </w:tblGrid>
      <w:tr w:rsidR="00A53ABC" w:rsidRPr="00856ECF">
        <w:trPr>
          <w:cantSplit/>
          <w:trHeight w:val="624"/>
          <w:tblHeader/>
          <w:jc w:val="center"/>
        </w:trPr>
        <w:tc>
          <w:tcPr>
            <w:tcW w:w="56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Ред. бр.</w:t>
            </w:r>
          </w:p>
        </w:tc>
        <w:tc>
          <w:tcPr>
            <w:tcW w:w="2098"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Име и презиме</w:t>
            </w:r>
          </w:p>
        </w:tc>
        <w:tc>
          <w:tcPr>
            <w:tcW w:w="141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Датум рођења</w:t>
            </w:r>
          </w:p>
        </w:tc>
        <w:tc>
          <w:tcPr>
            <w:tcW w:w="164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ЈМБГ</w:t>
            </w:r>
          </w:p>
        </w:tc>
        <w:tc>
          <w:tcPr>
            <w:tcW w:w="147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Сродство / својство</w:t>
            </w:r>
          </w:p>
        </w:tc>
        <w:tc>
          <w:tcPr>
            <w:tcW w:w="215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Образовање / занимање</w:t>
            </w:r>
          </w:p>
        </w:tc>
        <w:tc>
          <w:tcPr>
            <w:tcW w:w="2721"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Радни статус и извор прихода</w:t>
            </w:r>
          </w:p>
        </w:tc>
        <w:tc>
          <w:tcPr>
            <w:tcW w:w="158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Месечни приход</w:t>
            </w: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1</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2</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3</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4</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5</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6</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7</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8</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bl>
    <w:p w:rsidR="00B44912" w:rsidRDefault="00B44912" w:rsidP="00DF5D2A">
      <w:pPr>
        <w:keepNext/>
        <w:pBdr>
          <w:bottom w:val="single" w:sz="10" w:space="1" w:color="2F75B5"/>
        </w:pBdr>
        <w:spacing w:before="100" w:beforeAutospacing="1" w:after="100" w:afterAutospacing="1"/>
        <w:jc w:val="center"/>
        <w:rPr>
          <w:b/>
          <w:color w:val="000000"/>
          <w:sz w:val="21"/>
          <w:lang w:val="sr-Cyrl-RS"/>
        </w:rPr>
      </w:pPr>
    </w:p>
    <w:p w:rsidR="00DF5D2A" w:rsidRPr="00856ECF" w:rsidRDefault="00DF5D2A" w:rsidP="00DF5D2A">
      <w:pPr>
        <w:keepNext/>
        <w:pBdr>
          <w:bottom w:val="single" w:sz="10" w:space="1" w:color="2F75B5"/>
        </w:pBdr>
        <w:spacing w:before="100" w:beforeAutospacing="1" w:after="100" w:afterAutospacing="1"/>
        <w:jc w:val="center"/>
        <w:rPr>
          <w:b/>
          <w:color w:val="000000"/>
          <w:sz w:val="21"/>
          <w:lang w:val="sr-Cyrl-RS"/>
        </w:rPr>
      </w:pPr>
    </w:p>
    <w:p w:rsidR="00664EEB" w:rsidRPr="00DF5D2A" w:rsidRDefault="00B36A46" w:rsidP="00DF5D2A">
      <w:pPr>
        <w:keepNext/>
        <w:pBdr>
          <w:bottom w:val="single" w:sz="10" w:space="1" w:color="2F75B5"/>
        </w:pBdr>
        <w:spacing w:before="100" w:beforeAutospacing="1" w:after="100" w:afterAutospacing="1"/>
        <w:jc w:val="center"/>
        <w:rPr>
          <w:sz w:val="22"/>
          <w:lang w:val="sr-Cyrl-RS"/>
        </w:rPr>
      </w:pPr>
      <w:r w:rsidRPr="00DF5D2A">
        <w:rPr>
          <w:b/>
          <w:color w:val="000000"/>
          <w:sz w:val="22"/>
          <w:lang w:val="sr-Cyrl-RS"/>
        </w:rPr>
        <w:t>ЗДРАВСТВЕНО СТАЊЕ ЧЛАНОВА ДОМАЋИНСТВА</w:t>
      </w:r>
    </w:p>
    <w:tbl>
      <w:tblPr>
        <w:tblStyle w:val="TableGrid"/>
        <w:tblW w:w="0" w:type="auto"/>
        <w:jc w:val="center"/>
        <w:tblLayout w:type="fixed"/>
        <w:tblLook w:val="04A0" w:firstRow="1" w:lastRow="0" w:firstColumn="1" w:lastColumn="0" w:noHBand="0" w:noVBand="1"/>
      </w:tblPr>
      <w:tblGrid>
        <w:gridCol w:w="2948"/>
        <w:gridCol w:w="2608"/>
        <w:gridCol w:w="3515"/>
        <w:gridCol w:w="3572"/>
      </w:tblGrid>
      <w:tr w:rsidR="00C90838" w:rsidRPr="00856ECF">
        <w:trPr>
          <w:tblHeader/>
          <w:jc w:val="center"/>
        </w:trPr>
        <w:tc>
          <w:tcPr>
            <w:tcW w:w="2948"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Име и презиме</w:t>
            </w:r>
          </w:p>
        </w:tc>
        <w:tc>
          <w:tcPr>
            <w:tcW w:w="2608"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Инвалидитет / проценат</w:t>
            </w:r>
          </w:p>
        </w:tc>
        <w:tc>
          <w:tcPr>
            <w:tcW w:w="3515"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Тежа или хронична болест</w:t>
            </w:r>
          </w:p>
        </w:tc>
        <w:tc>
          <w:tcPr>
            <w:tcW w:w="3572"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Напомена / врста доказа</w:t>
            </w: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bl>
    <w:p w:rsidR="00664EEB" w:rsidRPr="00856ECF" w:rsidRDefault="00B36A46">
      <w:pPr>
        <w:rPr>
          <w:lang w:val="sr-Cyrl-RS"/>
        </w:rPr>
      </w:pPr>
      <w:r w:rsidRPr="00856ECF">
        <w:rPr>
          <w:lang w:val="sr-Cyrl-RS"/>
        </w:rPr>
        <w:br w:type="page"/>
      </w: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lastRenderedPageBreak/>
        <w:t>ОКОЛНОСТИ ОД ЗНАЧАЈА У СЛУЧАЈУ ИСТОГ БРОЈА БОДОВА</w:t>
      </w:r>
    </w:p>
    <w:p w:rsidR="00664EEB" w:rsidRPr="00856ECF" w:rsidRDefault="00B36A46">
      <w:pPr>
        <w:spacing w:after="40"/>
        <w:jc w:val="both"/>
        <w:rPr>
          <w:b/>
          <w:lang w:val="sr-Cyrl-RS"/>
        </w:rPr>
      </w:pPr>
      <w:r w:rsidRPr="00856ECF">
        <w:rPr>
          <w:b/>
          <w:i/>
          <w:sz w:val="16"/>
          <w:lang w:val="sr-Cyrl-RS"/>
        </w:rPr>
        <w:t>Овај одељак служи искључиво за примену правила предности када два или више подносилаца имају исти број бодова. Подаци о етничкој припадности и статусу жртве насиља дају се добровољно и користе се поверљиво.</w:t>
      </w:r>
    </w:p>
    <w:tbl>
      <w:tblPr>
        <w:tblStyle w:val="TableGrid"/>
        <w:tblW w:w="0" w:type="auto"/>
        <w:jc w:val="center"/>
        <w:tblLayout w:type="fixed"/>
        <w:tblLook w:val="04A0" w:firstRow="1" w:lastRow="0" w:firstColumn="1" w:lastColumn="0" w:noHBand="0" w:noVBand="1"/>
      </w:tblPr>
      <w:tblGrid>
        <w:gridCol w:w="3515"/>
        <w:gridCol w:w="1247"/>
        <w:gridCol w:w="3175"/>
        <w:gridCol w:w="3515"/>
        <w:gridCol w:w="1247"/>
        <w:gridCol w:w="3175"/>
      </w:tblGrid>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Породица са двоје или више деце млађе од 18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У домаћинству живи трудница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У домаћинству живи дете/деца до 5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Домаћинство је без редовних прихода или има недовољне приходе (до 50% просечне нето зараде по члану)</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Домаћинство има болесног члана или члана са инвалидитетом</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Вишегенерацијско домаћинство (један или више чланова старијих од 60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Подносилац/члан домаћинства је жртва сексуалног или породичног насиља (добровољан податак)</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Породица погинулог, несталог или киднапованог лица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Подносилац/члан домаћинства припада РАЕ популацији (добровољан податак)</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664EEB">
            <w:pPr>
              <w:rPr>
                <w:lang w:val="sr-Cyrl-RS"/>
              </w:rPr>
            </w:pPr>
          </w:p>
        </w:tc>
        <w:tc>
          <w:tcPr>
            <w:tcW w:w="1247" w:type="dxa"/>
            <w:tcMar>
              <w:top w:w="70" w:type="dxa"/>
              <w:left w:w="90" w:type="dxa"/>
              <w:bottom w:w="70" w:type="dxa"/>
              <w:right w:w="90" w:type="dxa"/>
            </w:tcMar>
            <w:vAlign w:val="center"/>
          </w:tcPr>
          <w:p w:rsidR="00664EEB" w:rsidRPr="00856ECF" w:rsidRDefault="00664EEB">
            <w:pPr>
              <w:rPr>
                <w:lang w:val="sr-Cyrl-RS"/>
              </w:rPr>
            </w:pPr>
          </w:p>
        </w:tc>
        <w:tc>
          <w:tcPr>
            <w:tcW w:w="3175" w:type="dxa"/>
            <w:tcMar>
              <w:top w:w="70" w:type="dxa"/>
              <w:left w:w="90" w:type="dxa"/>
              <w:bottom w:w="70" w:type="dxa"/>
              <w:right w:w="90" w:type="dxa"/>
            </w:tcMar>
            <w:vAlign w:val="center"/>
          </w:tcPr>
          <w:p w:rsidR="00664EEB" w:rsidRPr="00856ECF" w:rsidRDefault="00664EEB">
            <w:pPr>
              <w:rPr>
                <w:lang w:val="sr-Cyrl-RS"/>
              </w:rPr>
            </w:pPr>
          </w:p>
        </w:tc>
      </w:tr>
    </w:tbl>
    <w:p w:rsidR="00DF5D2A" w:rsidRDefault="00DF5D2A">
      <w:pPr>
        <w:keepNext/>
        <w:pBdr>
          <w:bottom w:val="single" w:sz="10" w:space="1" w:color="2F75B5"/>
        </w:pBdr>
        <w:spacing w:before="40" w:after="40"/>
        <w:jc w:val="center"/>
        <w:rPr>
          <w:b/>
          <w:color w:val="000000"/>
          <w:sz w:val="22"/>
          <w:lang w:val="sr-Cyrl-RS"/>
        </w:r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t>ДОДАТНО ОБРАЗЛОЖЕЊЕ / НАПОМЕНА ПОДНОСИОЦА</w:t>
      </w:r>
    </w:p>
    <w:tbl>
      <w:tblPr>
        <w:tblStyle w:val="TableGrid"/>
        <w:tblW w:w="0" w:type="auto"/>
        <w:jc w:val="center"/>
        <w:tblLayout w:type="fixed"/>
        <w:tblLook w:val="04A0" w:firstRow="1" w:lastRow="0" w:firstColumn="1" w:lastColumn="0" w:noHBand="0" w:noVBand="1"/>
      </w:tblPr>
      <w:tblGrid>
        <w:gridCol w:w="15874"/>
      </w:tblGrid>
      <w:tr w:rsidR="00664EEB" w:rsidRPr="00856ECF">
        <w:trPr>
          <w:trHeight w:val="2721"/>
          <w:jc w:val="center"/>
        </w:trPr>
        <w:tc>
          <w:tcPr>
            <w:tcW w:w="15874"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br/>
            </w:r>
            <w:r w:rsidRPr="00856ECF">
              <w:rPr>
                <w:color w:val="000000"/>
                <w:sz w:val="17"/>
                <w:lang w:val="sr-Cyrl-RS"/>
              </w:rPr>
              <w:br/>
            </w:r>
            <w:r w:rsidRPr="00856ECF">
              <w:rPr>
                <w:color w:val="000000"/>
                <w:sz w:val="17"/>
                <w:lang w:val="sr-Cyrl-RS"/>
              </w:rPr>
              <w:br/>
            </w:r>
          </w:p>
        </w:tc>
      </w:tr>
    </w:tbl>
    <w:p w:rsidR="00664EEB" w:rsidRPr="00856ECF" w:rsidRDefault="00B36A46">
      <w:pPr>
        <w:spacing w:after="40"/>
        <w:jc w:val="both"/>
        <w:rPr>
          <w:lang w:val="sr-Cyrl-RS"/>
        </w:rPr>
      </w:pPr>
      <w:r w:rsidRPr="00856ECF">
        <w:rPr>
          <w:b/>
          <w:i/>
          <w:sz w:val="16"/>
          <w:lang w:val="sr-Cyrl-RS"/>
        </w:rPr>
        <w:t>Докази којима се потврђују наведене околности достављају се на захтев Комисије</w:t>
      </w:r>
      <w:r w:rsidRPr="00856ECF">
        <w:rPr>
          <w:i/>
          <w:color w:val="666666"/>
          <w:sz w:val="16"/>
          <w:lang w:val="sr-Cyrl-RS"/>
        </w:rPr>
        <w:t>.</w:t>
      </w:r>
    </w:p>
    <w:p w:rsidR="00664EEB" w:rsidRPr="00856ECF" w:rsidRDefault="00664EEB">
      <w:pPr>
        <w:rPr>
          <w:lang w:val="sr-Cyrl-RS"/>
        </w:rPr>
        <w:sectPr w:rsidR="00664EEB" w:rsidRPr="00856ECF">
          <w:pgSz w:w="16838" w:h="11906" w:orient="landscape"/>
          <w:pgMar w:top="1020" w:right="680" w:bottom="964" w:left="680" w:header="113" w:footer="113" w:gutter="0"/>
          <w:cols w:space="720"/>
          <w:docGrid w:linePitch="360"/>
        </w:sectPr>
      </w:pPr>
    </w:p>
    <w:p w:rsidR="00856ECF" w:rsidRDefault="00856ECF">
      <w:pPr>
        <w:keepNext/>
        <w:pBdr>
          <w:bottom w:val="single" w:sz="10" w:space="1" w:color="2F75B5"/>
        </w:pBdr>
        <w:spacing w:before="40" w:after="40"/>
        <w:jc w:val="center"/>
        <w:rPr>
          <w:b/>
          <w:color w:val="000000"/>
          <w:sz w:val="21"/>
          <w:lang w:val="sr-Cyrl-RS"/>
        </w:rPr>
      </w:pPr>
    </w:p>
    <w:p w:rsidR="00664EEB" w:rsidRPr="00856ECF" w:rsidRDefault="00B36A46">
      <w:pPr>
        <w:keepNext/>
        <w:pBdr>
          <w:bottom w:val="single" w:sz="10" w:space="1" w:color="2F75B5"/>
        </w:pBdr>
        <w:spacing w:before="40" w:after="40"/>
        <w:jc w:val="center"/>
        <w:rPr>
          <w:lang w:val="sr-Cyrl-RS"/>
        </w:rPr>
      </w:pPr>
      <w:r w:rsidRPr="00856ECF">
        <w:rPr>
          <w:b/>
          <w:color w:val="000000"/>
          <w:sz w:val="21"/>
          <w:lang w:val="sr-Cyrl-RS"/>
        </w:rPr>
        <w:t>ПОДАЦИ О СТАМБЕНИМ УСЛОВИМА И ПОТРЕБАМА ДОМАЋИНСТВА</w:t>
      </w:r>
    </w:p>
    <w:p w:rsidR="00664EEB" w:rsidRDefault="00B36A46">
      <w:pPr>
        <w:spacing w:after="40"/>
        <w:jc w:val="both"/>
        <w:rPr>
          <w:b/>
          <w:i/>
          <w:sz w:val="16"/>
          <w:lang w:val="sr-Cyrl-RS"/>
        </w:rPr>
      </w:pPr>
      <w:r w:rsidRPr="00856ECF">
        <w:rPr>
          <w:b/>
          <w:i/>
          <w:sz w:val="16"/>
          <w:lang w:val="sr-Cyrl-RS"/>
        </w:rPr>
        <w:t>Стамбени услови и потребе проверавају се на основу приложене документације и теренске посете, у складу са Правилником.</w:t>
      </w:r>
    </w:p>
    <w:p w:rsidR="004C5F9D" w:rsidRDefault="004C5F9D">
      <w:pPr>
        <w:spacing w:after="40"/>
        <w:jc w:val="both"/>
        <w:rPr>
          <w:b/>
          <w:i/>
          <w:sz w:val="16"/>
          <w:lang w:val="sr-Cyrl-RS"/>
        </w:rPr>
      </w:pPr>
    </w:p>
    <w:p w:rsidR="004C5F9D" w:rsidRDefault="004C5F9D">
      <w:pPr>
        <w:spacing w:after="40"/>
        <w:jc w:val="both"/>
        <w:rPr>
          <w:b/>
          <w:i/>
          <w:sz w:val="16"/>
          <w:lang w:val="sr-Cyrl-RS"/>
        </w:rPr>
      </w:pPr>
    </w:p>
    <w:p w:rsidR="004C5F9D" w:rsidRPr="00856ECF" w:rsidRDefault="004C5F9D">
      <w:pPr>
        <w:spacing w:after="40"/>
        <w:jc w:val="both"/>
        <w:rPr>
          <w:b/>
          <w:lang w:val="sr-Cyrl-RS"/>
        </w:rPr>
      </w:pP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10544" w:type="dxa"/>
            <w:gridSpan w:val="4"/>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lang w:val="sr-Cyrl-RS"/>
              </w:rPr>
              <w:t>ОСНОВНИ ПОДАЦИ О СТАМБЕНОМ ПРОСТОРУ</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стамбеног простора који домаћинство користи: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Врста смештаја: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кућа   ☐ стан   ☐ колективни/привремени смештај   ☐ друго: ____________</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Правни основ коришћења: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својина   ☐ закуп   ☐ код сродника/другог лица   ☐ друго</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Површина (m²):</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просторија / број лица: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Вода у објекту:</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Електрична енергија: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Купатило у објекту:</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Грејање:</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   врста: _____________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Пренасељеност:</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Стање простора: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условно   ☐ делимично условно   ☐ неусловно</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Процена стамбене угрожености:</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неусловни/привремени/пренасељени или други неадекватан простор</w:t>
            </w:r>
            <w:r w:rsidRPr="00856ECF">
              <w:rPr>
                <w:color w:val="000000"/>
                <w:sz w:val="18"/>
                <w:lang w:val="sr-Cyrl-RS"/>
              </w:rPr>
              <w:br/>
              <w:t>☐ простор обезбеђује основне услове, али недостају одговарајући намештај, опрема или други неопходни предмети</w:t>
            </w:r>
          </w:p>
        </w:tc>
      </w:tr>
      <w:tr w:rsidR="00664EEB" w:rsidRPr="00856ECF" w:rsidTr="004C5F9D">
        <w:trPr>
          <w:cantSplit/>
          <w:trHeight w:val="5884"/>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Кратак опис стамбених услова, главних проблема и утицаја на домаћинство:</w:t>
            </w:r>
          </w:p>
        </w:tc>
        <w:tc>
          <w:tcPr>
            <w:tcW w:w="8163" w:type="dxa"/>
            <w:gridSpan w:val="3"/>
            <w:tcMar>
              <w:top w:w="70" w:type="dxa"/>
              <w:left w:w="90" w:type="dxa"/>
              <w:bottom w:w="70" w:type="dxa"/>
              <w:right w:w="90" w:type="dxa"/>
            </w:tcMar>
            <w:vAlign w:val="center"/>
          </w:tcPr>
          <w:p w:rsidR="00856ECF" w:rsidRDefault="00B36A46">
            <w:pPr>
              <w:rPr>
                <w:color w:val="000000"/>
                <w:sz w:val="18"/>
                <w:lang w:val="sr-Cyrl-RS"/>
              </w:rPr>
            </w:pPr>
            <w:r w:rsidRPr="00856ECF">
              <w:rPr>
                <w:color w:val="000000"/>
                <w:sz w:val="18"/>
                <w:lang w:val="sr-Cyrl-RS"/>
              </w:rPr>
              <w:br/>
            </w: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664EEB" w:rsidRPr="00856ECF" w:rsidRDefault="00B36A46">
            <w:pPr>
              <w:rPr>
                <w:lang w:val="sr-Cyrl-RS"/>
              </w:rPr>
            </w:pPr>
            <w:r w:rsidRPr="00856ECF">
              <w:rPr>
                <w:color w:val="000000"/>
                <w:sz w:val="18"/>
                <w:lang w:val="sr-Cyrl-RS"/>
              </w:rPr>
              <w:br/>
            </w:r>
          </w:p>
        </w:tc>
      </w:tr>
    </w:tbl>
    <w:p w:rsidR="004C5F9D" w:rsidRDefault="004C5F9D" w:rsidP="004C5F9D">
      <w:pPr>
        <w:keepNext/>
        <w:pBdr>
          <w:bottom w:val="single" w:sz="10" w:space="1" w:color="2F75B5"/>
        </w:pBdr>
        <w:rPr>
          <w:b/>
          <w:color w:val="000000"/>
          <w:sz w:val="21"/>
          <w:lang w:val="sr-Cyrl-RS"/>
        </w:rPr>
      </w:pPr>
    </w:p>
    <w:p w:rsidR="004C5F9D" w:rsidRDefault="004C5F9D" w:rsidP="004C5F9D">
      <w:pPr>
        <w:keepNext/>
        <w:pBdr>
          <w:bottom w:val="single" w:sz="10" w:space="1" w:color="2F75B5"/>
        </w:pBdr>
        <w:jc w:val="center"/>
        <w:rPr>
          <w:b/>
          <w:color w:val="000000"/>
          <w:sz w:val="21"/>
          <w:lang w:val="sr-Cyrl-RS"/>
        </w:rPr>
      </w:pPr>
    </w:p>
    <w:p w:rsidR="004C5F9D" w:rsidRDefault="004C5F9D" w:rsidP="004C5F9D">
      <w:pPr>
        <w:keepNext/>
        <w:pBdr>
          <w:bottom w:val="single" w:sz="10" w:space="1" w:color="2F75B5"/>
        </w:pBdr>
        <w:jc w:val="center"/>
        <w:rPr>
          <w:b/>
          <w:color w:val="000000"/>
          <w:sz w:val="21"/>
          <w:lang w:val="sr-Cyrl-RS"/>
        </w:rPr>
      </w:pPr>
    </w:p>
    <w:p w:rsidR="00664EEB" w:rsidRPr="00856ECF" w:rsidRDefault="00B36A46" w:rsidP="004C5F9D">
      <w:pPr>
        <w:keepNext/>
        <w:pBdr>
          <w:bottom w:val="single" w:sz="10" w:space="1" w:color="2F75B5"/>
        </w:pBdr>
        <w:jc w:val="center"/>
        <w:rPr>
          <w:lang w:val="sr-Cyrl-RS"/>
        </w:rPr>
      </w:pPr>
      <w:r w:rsidRPr="00856ECF">
        <w:rPr>
          <w:b/>
          <w:color w:val="000000"/>
          <w:sz w:val="21"/>
          <w:lang w:val="sr-Cyrl-RS"/>
        </w:rPr>
        <w:t>ТРАЖЕНИ НЕПРЕХРАМБЕНИ АРТИКЛИ ЗА ДОМАЋИНСТВО</w:t>
      </w:r>
    </w:p>
    <w:p w:rsidR="00664EEB" w:rsidRPr="00856ECF" w:rsidRDefault="00B36A46" w:rsidP="004C5F9D">
      <w:pPr>
        <w:jc w:val="both"/>
        <w:rPr>
          <w:b/>
          <w:lang w:val="sr-Cyrl-RS"/>
        </w:rPr>
      </w:pPr>
      <w:r w:rsidRPr="00856ECF">
        <w:rPr>
          <w:b/>
          <w:i/>
          <w:sz w:val="16"/>
          <w:lang w:val="sr-Cyrl-RS"/>
        </w:rPr>
        <w:t xml:space="preserve">Навести артикле који су домаћинству неопходни. Коначна врста, количина и вредност артикала утврђују се након процене потреба, теренске посете и поступка набавке. </w:t>
      </w:r>
    </w:p>
    <w:tbl>
      <w:tblPr>
        <w:tblStyle w:val="TableGrid"/>
        <w:tblW w:w="0" w:type="auto"/>
        <w:jc w:val="center"/>
        <w:tblLayout w:type="fixed"/>
        <w:tblLook w:val="04A0" w:firstRow="1" w:lastRow="0" w:firstColumn="1" w:lastColumn="0" w:noHBand="0" w:noVBand="1"/>
      </w:tblPr>
      <w:tblGrid>
        <w:gridCol w:w="567"/>
        <w:gridCol w:w="1757"/>
        <w:gridCol w:w="2835"/>
        <w:gridCol w:w="1134"/>
        <w:gridCol w:w="1134"/>
        <w:gridCol w:w="3118"/>
      </w:tblGrid>
      <w:tr w:rsidR="00664EEB" w:rsidRPr="00856ECF">
        <w:trPr>
          <w:tblHeader/>
          <w:jc w:val="center"/>
        </w:trPr>
        <w:tc>
          <w:tcPr>
            <w:tcW w:w="567"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Ред. бр.</w:t>
            </w:r>
          </w:p>
        </w:tc>
        <w:tc>
          <w:tcPr>
            <w:tcW w:w="1757"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Категорија</w:t>
            </w:r>
          </w:p>
        </w:tc>
        <w:tc>
          <w:tcPr>
            <w:tcW w:w="2835"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Назив траженог артикла</w:t>
            </w:r>
            <w:r w:rsidR="0030761F">
              <w:rPr>
                <w:b/>
                <w:color w:val="000000"/>
                <w:sz w:val="16"/>
                <w:lang w:val="sr-Cyrl-RS"/>
              </w:rPr>
              <w:t>, опис и детаљи</w:t>
            </w:r>
          </w:p>
        </w:tc>
        <w:tc>
          <w:tcPr>
            <w:tcW w:w="1134"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Количина</w:t>
            </w:r>
          </w:p>
        </w:tc>
        <w:tc>
          <w:tcPr>
            <w:tcW w:w="1134"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Ред хитности</w:t>
            </w:r>
          </w:p>
        </w:tc>
        <w:tc>
          <w:tcPr>
            <w:tcW w:w="3118"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Образложење потребе / стање постојећег артикла</w:t>
            </w: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1</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Намештај</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2</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Намештај</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3</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Кућни апарат</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4</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Кућни апарат</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5</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Покућство</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rsidTr="00C90838">
        <w:trPr>
          <w:cantSplit/>
          <w:trHeight w:val="1564"/>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6</w:t>
            </w:r>
          </w:p>
        </w:tc>
        <w:tc>
          <w:tcPr>
            <w:tcW w:w="1757" w:type="dxa"/>
            <w:tcMar>
              <w:top w:w="70" w:type="dxa"/>
              <w:left w:w="90" w:type="dxa"/>
              <w:bottom w:w="70" w:type="dxa"/>
              <w:right w:w="90" w:type="dxa"/>
            </w:tcMar>
            <w:vAlign w:val="center"/>
          </w:tcPr>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664EEB" w:rsidRDefault="00B36A46" w:rsidP="00856ECF">
            <w:pPr>
              <w:jc w:val="center"/>
              <w:rPr>
                <w:color w:val="000000"/>
                <w:sz w:val="17"/>
                <w:lang w:val="sr-Cyrl-RS"/>
              </w:rPr>
            </w:pPr>
            <w:r w:rsidRPr="00856ECF">
              <w:rPr>
                <w:color w:val="000000"/>
                <w:sz w:val="17"/>
                <w:lang w:val="sr-Cyrl-RS"/>
              </w:rPr>
              <w:t>Друго</w:t>
            </w:r>
            <w:r w:rsidR="00856ECF">
              <w:rPr>
                <w:color w:val="000000"/>
                <w:sz w:val="17"/>
                <w:lang w:val="sr-Cyrl-RS"/>
              </w:rPr>
              <w:t xml:space="preserve"> – навести детаље</w:t>
            </w:r>
          </w:p>
          <w:p w:rsidR="00856ECF" w:rsidRDefault="00856ECF">
            <w:pPr>
              <w:rPr>
                <w:color w:val="000000"/>
                <w:sz w:val="17"/>
                <w:lang w:val="sr-Cyrl-RS"/>
              </w:rPr>
            </w:pPr>
          </w:p>
          <w:p w:rsidR="00856ECF" w:rsidRPr="00856ECF" w:rsidRDefault="00856ECF">
            <w:pPr>
              <w:rPr>
                <w:lang w:val="sr-Cyrl-RS"/>
              </w:rPr>
            </w:pPr>
          </w:p>
        </w:tc>
        <w:tc>
          <w:tcPr>
            <w:tcW w:w="2835"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bl>
    <w:p w:rsidR="00856ECF" w:rsidRDefault="00856ECF">
      <w:pPr>
        <w:spacing w:before="40" w:after="20"/>
        <w:rPr>
          <w:b/>
          <w:color w:val="000000"/>
          <w:sz w:val="18"/>
          <w:lang w:val="sr-Cyrl-RS"/>
        </w:rPr>
      </w:pPr>
    </w:p>
    <w:p w:rsidR="00856ECF" w:rsidRDefault="00856ECF">
      <w:pPr>
        <w:spacing w:before="40" w:after="20"/>
        <w:rPr>
          <w:b/>
          <w:color w:val="000000"/>
          <w:sz w:val="18"/>
          <w:lang w:val="sr-Cyrl-RS"/>
        </w:rPr>
      </w:pPr>
    </w:p>
    <w:p w:rsidR="00856ECF" w:rsidRDefault="00B36A46">
      <w:pPr>
        <w:spacing w:before="40" w:after="20"/>
        <w:rPr>
          <w:b/>
          <w:color w:val="000000"/>
          <w:sz w:val="18"/>
          <w:lang w:val="sr-Cyrl-RS"/>
        </w:rPr>
      </w:pPr>
      <w:r w:rsidRPr="00856ECF">
        <w:rPr>
          <w:b/>
          <w:color w:val="000000"/>
          <w:sz w:val="18"/>
          <w:lang w:val="sr-Cyrl-RS"/>
        </w:rPr>
        <w:t xml:space="preserve">Који артикал је најхитније потребан и зашто? </w:t>
      </w:r>
    </w:p>
    <w:p w:rsidR="00856ECF" w:rsidRDefault="00856ECF">
      <w:pPr>
        <w:spacing w:before="40" w:after="20"/>
        <w:rPr>
          <w:b/>
          <w:color w:val="000000"/>
          <w:sz w:val="18"/>
          <w:lang w:val="sr-Cyrl-RS"/>
        </w:rPr>
      </w:pPr>
    </w:p>
    <w:p w:rsidR="00856ECF" w:rsidRDefault="00856ECF">
      <w:pPr>
        <w:spacing w:before="40" w:after="20"/>
        <w:rPr>
          <w:b/>
          <w:color w:val="000000"/>
          <w:sz w:val="18"/>
          <w:lang w:val="sr-Cyrl-RS"/>
        </w:rPr>
      </w:pPr>
    </w:p>
    <w:p w:rsidR="00664EEB" w:rsidRPr="00856ECF" w:rsidRDefault="00B36A46">
      <w:pPr>
        <w:spacing w:before="40" w:after="20"/>
        <w:rPr>
          <w:lang w:val="sr-Cyrl-RS"/>
        </w:rPr>
      </w:pPr>
      <w:r w:rsidRPr="00856ECF">
        <w:rPr>
          <w:color w:val="000000"/>
          <w:sz w:val="18"/>
          <w:lang w:val="sr-Cyrl-RS"/>
        </w:rPr>
        <w:t>________________________________________________________________________________</w:t>
      </w:r>
    </w:p>
    <w:p w:rsidR="00856ECF" w:rsidRDefault="00856ECF">
      <w:pPr>
        <w:rPr>
          <w:b/>
          <w:color w:val="000000"/>
          <w:sz w:val="18"/>
          <w:lang w:val="sr-Cyrl-RS"/>
        </w:rPr>
      </w:pPr>
    </w:p>
    <w:p w:rsidR="00856ECF" w:rsidRDefault="00856ECF">
      <w:pPr>
        <w:rPr>
          <w:b/>
          <w:color w:val="000000"/>
          <w:sz w:val="18"/>
          <w:lang w:val="sr-Cyrl-RS"/>
        </w:rPr>
      </w:pPr>
    </w:p>
    <w:p w:rsidR="00856ECF" w:rsidRDefault="00856ECF">
      <w:pPr>
        <w:rPr>
          <w:b/>
          <w:color w:val="000000"/>
          <w:sz w:val="18"/>
          <w:lang w:val="sr-Cyrl-RS"/>
        </w:rPr>
      </w:pPr>
    </w:p>
    <w:p w:rsidR="00C90838" w:rsidRDefault="00C90838">
      <w:pPr>
        <w:rPr>
          <w:b/>
          <w:color w:val="000000"/>
          <w:sz w:val="18"/>
          <w:lang w:val="sr-Cyrl-RS"/>
        </w:rPr>
      </w:pPr>
    </w:p>
    <w:p w:rsidR="00C90838" w:rsidRDefault="00C90838">
      <w:pPr>
        <w:rPr>
          <w:b/>
          <w:color w:val="000000"/>
          <w:sz w:val="18"/>
          <w:lang w:val="sr-Cyrl-RS"/>
        </w:rPr>
      </w:pPr>
    </w:p>
    <w:p w:rsidR="00856ECF" w:rsidRDefault="00856ECF">
      <w:pPr>
        <w:rPr>
          <w:b/>
          <w:color w:val="000000"/>
          <w:sz w:val="18"/>
          <w:lang w:val="sr-Cyrl-RS"/>
        </w:rPr>
      </w:pPr>
    </w:p>
    <w:p w:rsidR="00DF5D2A" w:rsidRDefault="00B36A46">
      <w:pPr>
        <w:rPr>
          <w:b/>
          <w:color w:val="000000"/>
          <w:sz w:val="18"/>
          <w:lang w:val="sr-Cyrl-RS"/>
        </w:rPr>
      </w:pPr>
      <w:r w:rsidRPr="00856ECF">
        <w:rPr>
          <w:b/>
          <w:color w:val="000000"/>
          <w:sz w:val="18"/>
          <w:lang w:val="sr-Cyrl-RS"/>
        </w:rPr>
        <w:t xml:space="preserve">Адреса планиране испоруке/коришћења одобрених артикала: </w:t>
      </w:r>
    </w:p>
    <w:p w:rsidR="00DF5D2A" w:rsidRDefault="00DF5D2A">
      <w:pPr>
        <w:rPr>
          <w:b/>
          <w:color w:val="000000"/>
          <w:sz w:val="18"/>
          <w:lang w:val="sr-Cyrl-RS"/>
        </w:rPr>
      </w:pPr>
    </w:p>
    <w:p w:rsidR="00DF5D2A" w:rsidRDefault="00DF5D2A">
      <w:pPr>
        <w:rPr>
          <w:b/>
          <w:color w:val="000000"/>
          <w:sz w:val="18"/>
          <w:lang w:val="sr-Cyrl-RS"/>
        </w:rPr>
      </w:pPr>
    </w:p>
    <w:p w:rsidR="00DF5D2A" w:rsidRDefault="00DF5D2A">
      <w:pPr>
        <w:rPr>
          <w:b/>
          <w:color w:val="000000"/>
          <w:sz w:val="18"/>
          <w:lang w:val="sr-Cyrl-RS"/>
        </w:rPr>
      </w:pPr>
    </w:p>
    <w:p w:rsidR="00664EEB" w:rsidRPr="00856ECF" w:rsidRDefault="00B36A46">
      <w:pPr>
        <w:rPr>
          <w:lang w:val="sr-Cyrl-RS"/>
        </w:rPr>
      </w:pPr>
      <w:r w:rsidRPr="00856ECF">
        <w:rPr>
          <w:color w:val="000000"/>
          <w:sz w:val="18"/>
          <w:lang w:val="sr-Cyrl-RS"/>
        </w:rPr>
        <w:t>_____________________________________________________________</w:t>
      </w:r>
    </w:p>
    <w:p w:rsidR="00664EEB" w:rsidRPr="00856ECF" w:rsidRDefault="00B36A46">
      <w:pPr>
        <w:rPr>
          <w:lang w:val="sr-Cyrl-RS"/>
        </w:rPr>
      </w:pPr>
      <w:r w:rsidRPr="00856ECF">
        <w:rPr>
          <w:lang w:val="sr-Cyrl-RS"/>
        </w:rPr>
        <w:br w:type="page"/>
      </w:r>
    </w:p>
    <w:p w:rsidR="00DF5D2A" w:rsidRDefault="00DF5D2A">
      <w:pPr>
        <w:keepNext/>
        <w:pBdr>
          <w:bottom w:val="single" w:sz="10" w:space="1" w:color="2F75B5"/>
        </w:pBdr>
        <w:spacing w:before="40" w:after="40"/>
        <w:jc w:val="center"/>
        <w:rPr>
          <w:b/>
          <w:color w:val="000000"/>
          <w:sz w:val="21"/>
          <w:lang w:val="sr-Cyrl-RS"/>
        </w:rPr>
      </w:pPr>
    </w:p>
    <w:p w:rsidR="00DF5D2A" w:rsidRDefault="00B36A46" w:rsidP="00DF5D2A">
      <w:pPr>
        <w:keepNext/>
        <w:pBdr>
          <w:bottom w:val="single" w:sz="10" w:space="1" w:color="2F75B5"/>
        </w:pBdr>
        <w:spacing w:before="40" w:after="40"/>
        <w:jc w:val="center"/>
        <w:rPr>
          <w:b/>
          <w:color w:val="000000"/>
          <w:sz w:val="21"/>
          <w:lang w:val="sr-Cyrl-RS"/>
        </w:rPr>
      </w:pPr>
      <w:r w:rsidRPr="00856ECF">
        <w:rPr>
          <w:b/>
          <w:color w:val="000000"/>
          <w:sz w:val="21"/>
          <w:lang w:val="sr-Cyrl-RS"/>
        </w:rPr>
        <w:t>ДОКУМЕНТАЦИЈА КОЈА СЕ ПОДНОСИ УЗ ПРИЈАВУ</w:t>
      </w:r>
    </w:p>
    <w:tbl>
      <w:tblPr>
        <w:tblStyle w:val="TableGrid"/>
        <w:tblW w:w="0" w:type="auto"/>
        <w:jc w:val="center"/>
        <w:tblLayout w:type="fixed"/>
        <w:tblLook w:val="04A0" w:firstRow="1" w:lastRow="0" w:firstColumn="1" w:lastColumn="0" w:noHBand="0" w:noVBand="1"/>
      </w:tblPr>
      <w:tblGrid>
        <w:gridCol w:w="680"/>
        <w:gridCol w:w="9865"/>
      </w:tblGrid>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1. Уредно попуњен и потписан образац пријаве;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2. фотокопија легитимације интерно расељеног лица за носиоца домаћинства, а за остале чланове ако су евидентирани као ИРЛ, или потврда Комесаријата за избеглице и миграције Републике Србије;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7E51BC">
            <w:pPr>
              <w:widowControl w:val="0"/>
              <w:tabs>
                <w:tab w:val="left" w:pos="566"/>
                <w:tab w:val="left" w:pos="568"/>
              </w:tabs>
              <w:autoSpaceDE w:val="0"/>
              <w:autoSpaceDN w:val="0"/>
              <w:ind w:right="-12"/>
              <w:jc w:val="both"/>
              <w:rPr>
                <w:rFonts w:cs="Arial"/>
                <w:sz w:val="18"/>
                <w:szCs w:val="18"/>
                <w:lang w:val="sr-Cyrl-RS"/>
              </w:rPr>
            </w:pPr>
            <w:r w:rsidRPr="007E51BC">
              <w:rPr>
                <w:color w:val="000000"/>
                <w:sz w:val="18"/>
                <w:szCs w:val="18"/>
                <w:lang w:val="sr-Cyrl-RS"/>
              </w:rPr>
              <w:t xml:space="preserve">3. </w:t>
            </w:r>
            <w:r w:rsidR="007E51BC" w:rsidRPr="007E51BC">
              <w:rPr>
                <w:rFonts w:cs="Arial"/>
                <w:sz w:val="18"/>
                <w:szCs w:val="18"/>
                <w:lang w:val="sr-Cyrl-RS"/>
              </w:rPr>
              <w:t>Фотокопију личне карте (важи за личне карте без чипа), односно очитане личне карте (важи за</w:t>
            </w:r>
            <w:r w:rsidR="007E51BC" w:rsidRPr="007E51BC">
              <w:rPr>
                <w:rFonts w:cs="Arial"/>
                <w:spacing w:val="-12"/>
                <w:sz w:val="18"/>
                <w:szCs w:val="18"/>
                <w:lang w:val="sr-Cyrl-RS"/>
              </w:rPr>
              <w:t xml:space="preserve"> </w:t>
            </w:r>
            <w:r w:rsidR="007E51BC" w:rsidRPr="007E51BC">
              <w:rPr>
                <w:rFonts w:cs="Arial"/>
                <w:sz w:val="18"/>
                <w:szCs w:val="18"/>
                <w:lang w:val="sr-Cyrl-RS"/>
              </w:rPr>
              <w:t>личне</w:t>
            </w:r>
            <w:r w:rsidR="007E51BC" w:rsidRPr="007E51BC">
              <w:rPr>
                <w:rFonts w:cs="Arial"/>
                <w:spacing w:val="-12"/>
                <w:sz w:val="18"/>
                <w:szCs w:val="18"/>
                <w:lang w:val="sr-Cyrl-RS"/>
              </w:rPr>
              <w:t xml:space="preserve"> </w:t>
            </w:r>
            <w:r w:rsidR="007E51BC" w:rsidRPr="007E51BC">
              <w:rPr>
                <w:rFonts w:cs="Arial"/>
                <w:sz w:val="18"/>
                <w:szCs w:val="18"/>
                <w:lang w:val="sr-Cyrl-RS"/>
              </w:rPr>
              <w:t>карте</w:t>
            </w:r>
            <w:r w:rsidR="007E51BC" w:rsidRPr="007E51BC">
              <w:rPr>
                <w:rFonts w:cs="Arial"/>
                <w:spacing w:val="-11"/>
                <w:sz w:val="18"/>
                <w:szCs w:val="18"/>
                <w:lang w:val="sr-Cyrl-RS"/>
              </w:rPr>
              <w:t xml:space="preserve"> </w:t>
            </w:r>
            <w:r w:rsidR="007E51BC" w:rsidRPr="007E51BC">
              <w:rPr>
                <w:rFonts w:cs="Arial"/>
                <w:sz w:val="18"/>
                <w:szCs w:val="18"/>
                <w:lang w:val="sr-Cyrl-RS"/>
              </w:rPr>
              <w:t>са</w:t>
            </w:r>
            <w:r w:rsidR="007E51BC" w:rsidRPr="007E51BC">
              <w:rPr>
                <w:rFonts w:cs="Arial"/>
                <w:spacing w:val="-14"/>
                <w:sz w:val="18"/>
                <w:szCs w:val="18"/>
                <w:lang w:val="sr-Cyrl-RS"/>
              </w:rPr>
              <w:t xml:space="preserve"> </w:t>
            </w:r>
            <w:r w:rsidR="007E51BC" w:rsidRPr="007E51BC">
              <w:rPr>
                <w:rFonts w:cs="Arial"/>
                <w:sz w:val="18"/>
                <w:szCs w:val="18"/>
                <w:lang w:val="sr-Cyrl-RS"/>
              </w:rPr>
              <w:t>чипом)</w:t>
            </w:r>
            <w:r w:rsidR="007E51BC" w:rsidRPr="007E51BC">
              <w:rPr>
                <w:rFonts w:cs="Arial"/>
                <w:spacing w:val="-12"/>
                <w:sz w:val="18"/>
                <w:szCs w:val="18"/>
                <w:lang w:val="sr-Cyrl-RS"/>
              </w:rPr>
              <w:t xml:space="preserve"> </w:t>
            </w:r>
            <w:r w:rsidR="007E51BC" w:rsidRPr="007E51BC">
              <w:rPr>
                <w:rFonts w:cs="Arial"/>
                <w:sz w:val="18"/>
                <w:szCs w:val="18"/>
                <w:lang w:val="sr-Cyrl-RS"/>
              </w:rPr>
              <w:t>за</w:t>
            </w:r>
            <w:r w:rsidR="007E51BC" w:rsidRPr="007E51BC">
              <w:rPr>
                <w:rFonts w:cs="Arial"/>
                <w:spacing w:val="-12"/>
                <w:sz w:val="18"/>
                <w:szCs w:val="18"/>
                <w:lang w:val="sr-Cyrl-RS"/>
              </w:rPr>
              <w:t xml:space="preserve"> </w:t>
            </w:r>
            <w:r w:rsidR="007E51BC" w:rsidRPr="007E51BC">
              <w:rPr>
                <w:rFonts w:cs="Arial"/>
                <w:sz w:val="18"/>
                <w:szCs w:val="18"/>
                <w:lang w:val="sr-Cyrl-RS"/>
              </w:rPr>
              <w:t>све</w:t>
            </w:r>
            <w:r w:rsidR="007E51BC" w:rsidRPr="007E51BC">
              <w:rPr>
                <w:rFonts w:cs="Arial"/>
                <w:spacing w:val="-12"/>
                <w:sz w:val="18"/>
                <w:szCs w:val="18"/>
                <w:lang w:val="sr-Cyrl-RS"/>
              </w:rPr>
              <w:t xml:space="preserve"> </w:t>
            </w:r>
            <w:r w:rsidR="007E51BC" w:rsidRPr="007E51BC">
              <w:rPr>
                <w:rFonts w:cs="Arial"/>
                <w:sz w:val="18"/>
                <w:szCs w:val="18"/>
                <w:lang w:val="sr-Cyrl-RS"/>
              </w:rPr>
              <w:t>чланове</w:t>
            </w:r>
            <w:r w:rsidR="007E51BC" w:rsidRPr="007E51BC">
              <w:rPr>
                <w:rFonts w:cs="Arial"/>
                <w:spacing w:val="-12"/>
                <w:sz w:val="18"/>
                <w:szCs w:val="18"/>
                <w:lang w:val="sr-Cyrl-RS"/>
              </w:rPr>
              <w:t xml:space="preserve"> </w:t>
            </w:r>
            <w:r w:rsidR="007E51BC" w:rsidRPr="007E51BC">
              <w:rPr>
                <w:rFonts w:cs="Arial"/>
                <w:sz w:val="18"/>
                <w:szCs w:val="18"/>
                <w:lang w:val="sr-Cyrl-RS"/>
              </w:rPr>
              <w:t>породичног</w:t>
            </w:r>
            <w:r w:rsidR="007E51BC" w:rsidRPr="007E51BC">
              <w:rPr>
                <w:rFonts w:cs="Arial"/>
                <w:spacing w:val="-11"/>
                <w:sz w:val="18"/>
                <w:szCs w:val="18"/>
                <w:lang w:val="sr-Cyrl-RS"/>
              </w:rPr>
              <w:t xml:space="preserve"> </w:t>
            </w:r>
            <w:r w:rsidR="007E51BC" w:rsidRPr="007E51BC">
              <w:rPr>
                <w:rFonts w:cs="Arial"/>
                <w:sz w:val="18"/>
                <w:szCs w:val="18"/>
                <w:lang w:val="sr-Cyrl-RS"/>
              </w:rPr>
              <w:t>домаћинства</w:t>
            </w:r>
            <w:r w:rsidR="007E51BC" w:rsidRPr="007E51BC">
              <w:rPr>
                <w:rFonts w:cs="Arial"/>
                <w:spacing w:val="-12"/>
                <w:sz w:val="18"/>
                <w:szCs w:val="18"/>
                <w:lang w:val="sr-Cyrl-RS"/>
              </w:rPr>
              <w:t xml:space="preserve"> </w:t>
            </w:r>
            <w:r w:rsidR="007E51BC" w:rsidRPr="007E51BC">
              <w:rPr>
                <w:rFonts w:cs="Arial"/>
                <w:sz w:val="18"/>
                <w:szCs w:val="18"/>
                <w:lang w:val="sr-Cyrl-RS"/>
              </w:rPr>
              <w:t>са</w:t>
            </w:r>
            <w:r w:rsidR="007E51BC" w:rsidRPr="007E51BC">
              <w:rPr>
                <w:rFonts w:cs="Arial"/>
                <w:spacing w:val="-12"/>
                <w:sz w:val="18"/>
                <w:szCs w:val="18"/>
                <w:lang w:val="sr-Cyrl-RS"/>
              </w:rPr>
              <w:t xml:space="preserve"> </w:t>
            </w:r>
            <w:r w:rsidR="007E51BC" w:rsidRPr="007E51BC">
              <w:rPr>
                <w:rFonts w:cs="Arial"/>
                <w:sz w:val="18"/>
                <w:szCs w:val="18"/>
                <w:lang w:val="sr-Cyrl-RS"/>
              </w:rPr>
              <w:t>16</w:t>
            </w:r>
            <w:r w:rsidR="007E51BC" w:rsidRPr="007E51BC">
              <w:rPr>
                <w:rFonts w:cs="Arial"/>
                <w:spacing w:val="-14"/>
                <w:sz w:val="18"/>
                <w:szCs w:val="18"/>
                <w:lang w:val="sr-Cyrl-RS"/>
              </w:rPr>
              <w:t xml:space="preserve"> </w:t>
            </w:r>
            <w:r w:rsidR="007E51BC" w:rsidRPr="007E51BC">
              <w:rPr>
                <w:rFonts w:cs="Arial"/>
                <w:sz w:val="18"/>
                <w:szCs w:val="18"/>
                <w:lang w:val="sr-Cyrl-RS"/>
              </w:rPr>
              <w:t>и</w:t>
            </w:r>
            <w:r w:rsidR="007E51BC" w:rsidRPr="007E51BC">
              <w:rPr>
                <w:rFonts w:cs="Arial"/>
                <w:spacing w:val="-11"/>
                <w:sz w:val="18"/>
                <w:szCs w:val="18"/>
                <w:lang w:val="sr-Cyrl-RS"/>
              </w:rPr>
              <w:t xml:space="preserve"> </w:t>
            </w:r>
            <w:r w:rsidR="007E51BC" w:rsidRPr="007E51BC">
              <w:rPr>
                <w:rFonts w:cs="Arial"/>
                <w:sz w:val="18"/>
                <w:szCs w:val="18"/>
                <w:lang w:val="sr-Cyrl-RS"/>
              </w:rPr>
              <w:t>више</w:t>
            </w:r>
            <w:r w:rsidR="007E51BC" w:rsidRPr="007E51BC">
              <w:rPr>
                <w:rFonts w:cs="Arial"/>
                <w:spacing w:val="-14"/>
                <w:sz w:val="18"/>
                <w:szCs w:val="18"/>
                <w:lang w:val="sr-Cyrl-RS"/>
              </w:rPr>
              <w:t xml:space="preserve"> </w:t>
            </w:r>
            <w:r w:rsidR="007E51BC" w:rsidRPr="007E51BC">
              <w:rPr>
                <w:rFonts w:cs="Arial"/>
                <w:sz w:val="18"/>
                <w:szCs w:val="18"/>
                <w:lang w:val="sr-Cyrl-RS"/>
              </w:rPr>
              <w:t>година.</w:t>
            </w:r>
            <w:r w:rsidR="007E51BC" w:rsidRPr="007E51BC">
              <w:rPr>
                <w:rFonts w:cs="Arial"/>
                <w:spacing w:val="-8"/>
                <w:sz w:val="18"/>
                <w:szCs w:val="18"/>
                <w:lang w:val="sr-Cyrl-RS"/>
              </w:rPr>
              <w:t xml:space="preserve"> </w:t>
            </w:r>
            <w:r w:rsidR="007E51BC" w:rsidRPr="007E51BC">
              <w:rPr>
                <w:rFonts w:cs="Arial"/>
                <w:sz w:val="18"/>
                <w:szCs w:val="18"/>
                <w:lang w:val="sr-Cyrl-RS"/>
              </w:rPr>
              <w:t>За</w:t>
            </w:r>
            <w:r w:rsidR="007E51BC" w:rsidRPr="007E51BC">
              <w:rPr>
                <w:rFonts w:cs="Arial"/>
                <w:spacing w:val="-12"/>
                <w:sz w:val="18"/>
                <w:szCs w:val="18"/>
                <w:lang w:val="sr-Cyrl-RS"/>
              </w:rPr>
              <w:t xml:space="preserve"> </w:t>
            </w:r>
            <w:r w:rsidR="007E51BC" w:rsidRPr="007E51BC">
              <w:rPr>
                <w:rFonts w:cs="Arial"/>
                <w:sz w:val="18"/>
                <w:szCs w:val="18"/>
                <w:lang w:val="sr-Cyrl-RS"/>
              </w:rPr>
              <w:t>децу испод 16 година се доставља фотокопија извода из матичне књиге рођених;</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4C5F9D">
            <w:pPr>
              <w:rPr>
                <w:sz w:val="18"/>
                <w:szCs w:val="18"/>
              </w:rPr>
            </w:pPr>
            <w:r w:rsidRPr="007E51BC">
              <w:rPr>
                <w:color w:val="000000"/>
                <w:sz w:val="18"/>
                <w:szCs w:val="18"/>
                <w:lang w:val="sr-Cyrl-RS"/>
              </w:rPr>
              <w:t xml:space="preserve">4. </w:t>
            </w:r>
            <w:r w:rsidR="007E51BC">
              <w:rPr>
                <w:color w:val="000000"/>
                <w:sz w:val="18"/>
                <w:szCs w:val="18"/>
                <w:lang w:val="sr-Cyrl-RS"/>
              </w:rPr>
              <w:t>Својеручно потписану изјаву</w:t>
            </w:r>
            <w:r w:rsidRPr="007E51BC">
              <w:rPr>
                <w:color w:val="000000"/>
                <w:sz w:val="18"/>
                <w:szCs w:val="18"/>
                <w:lang w:val="sr-Cyrl-RS"/>
              </w:rPr>
              <w:t xml:space="preserve"> да подносилац и чланови домаћинства нису били корисници програма за побољшање услова живота у Републици Србији ван Косова и Метохије или реализацију</w:t>
            </w:r>
            <w:r w:rsidR="004C5F9D" w:rsidRPr="007E51BC">
              <w:rPr>
                <w:color w:val="000000"/>
                <w:sz w:val="18"/>
                <w:szCs w:val="18"/>
                <w:lang w:val="sr-Cyrl-RS"/>
              </w:rPr>
              <w:t xml:space="preserve"> повратка на Косово и Метохију</w:t>
            </w:r>
            <w:r w:rsidR="004C5F9D" w:rsidRPr="007E51BC">
              <w:rPr>
                <w:color w:val="000000"/>
                <w:sz w:val="18"/>
                <w:szCs w:val="18"/>
              </w:rPr>
              <w:t>;</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4C5F9D">
            <w:pPr>
              <w:rPr>
                <w:sz w:val="18"/>
                <w:szCs w:val="18"/>
                <w:lang w:val="sr-Cyrl-RS"/>
              </w:rPr>
            </w:pPr>
            <w:r w:rsidRPr="007E51BC">
              <w:rPr>
                <w:color w:val="000000"/>
                <w:sz w:val="18"/>
                <w:szCs w:val="18"/>
                <w:lang w:val="sr-Cyrl-RS"/>
              </w:rPr>
              <w:t xml:space="preserve">5. </w:t>
            </w:r>
            <w:r w:rsidR="007E51BC">
              <w:rPr>
                <w:color w:val="000000"/>
                <w:sz w:val="18"/>
                <w:szCs w:val="18"/>
                <w:lang w:val="sr-Cyrl-RS"/>
              </w:rPr>
              <w:t>Својеручно потписану изјаву</w:t>
            </w:r>
            <w:r w:rsidRPr="007E51BC">
              <w:rPr>
                <w:color w:val="000000"/>
                <w:sz w:val="18"/>
                <w:szCs w:val="18"/>
                <w:lang w:val="sr-Cyrl-RS"/>
              </w:rPr>
              <w:t xml:space="preserve"> да су регистровани за повратак у бази УНХЦР-а Србија или да су исказали жељу за повратком некој институцији/орган</w:t>
            </w:r>
            <w:r w:rsidR="004C5F9D" w:rsidRPr="007E51BC">
              <w:rPr>
                <w:color w:val="000000"/>
                <w:sz w:val="18"/>
                <w:szCs w:val="18"/>
                <w:lang w:val="sr-Cyrl-RS"/>
              </w:rPr>
              <w:t>изацији</w:t>
            </w:r>
            <w:r w:rsidRPr="007E51BC">
              <w:rPr>
                <w:color w:val="000000"/>
                <w:sz w:val="18"/>
                <w:szCs w:val="18"/>
                <w:lang w:val="sr-Cyrl-RS"/>
              </w:rPr>
              <w:t>;</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DF5D2A">
            <w:pPr>
              <w:rPr>
                <w:sz w:val="18"/>
                <w:szCs w:val="18"/>
                <w:lang w:val="sr-Cyrl-RS"/>
              </w:rPr>
            </w:pPr>
            <w:r w:rsidRPr="007E51BC">
              <w:rPr>
                <w:color w:val="000000"/>
                <w:sz w:val="18"/>
                <w:szCs w:val="18"/>
                <w:lang w:val="sr-Cyrl-RS"/>
              </w:rPr>
              <w:t>6. изјава о стамбеним ус</w:t>
            </w:r>
            <w:r w:rsidR="00DF5D2A" w:rsidRPr="007E51BC">
              <w:rPr>
                <w:color w:val="000000"/>
                <w:sz w:val="18"/>
                <w:szCs w:val="18"/>
                <w:lang w:val="sr-Cyrl-RS"/>
              </w:rPr>
              <w:t xml:space="preserve">ловима и потребама домаћинства </w:t>
            </w:r>
            <w:r w:rsidR="00E84E91" w:rsidRPr="007E51BC">
              <w:rPr>
                <w:color w:val="000000"/>
                <w:sz w:val="18"/>
                <w:szCs w:val="18"/>
              </w:rPr>
              <w:t>(</w:t>
            </w:r>
            <w:r w:rsidR="00E84E91" w:rsidRPr="007E51BC">
              <w:rPr>
                <w:color w:val="000000"/>
                <w:sz w:val="18"/>
                <w:szCs w:val="18"/>
                <w:lang w:val="sr-Cyrl-RS"/>
              </w:rPr>
              <w:t>саставни део обрасца пријаве)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7. пристанак за обраду података о личности за све чланове домаћинства.</w:t>
            </w:r>
          </w:p>
        </w:tc>
      </w:tr>
    </w:tbl>
    <w:p w:rsidR="00856ECF" w:rsidRPr="00856ECF" w:rsidRDefault="00856ECF">
      <w:pPr>
        <w:keepNext/>
        <w:spacing w:before="60" w:after="20"/>
        <w:rPr>
          <w:b/>
          <w:color w:val="000000"/>
          <w:lang w:val="sr-Cyrl-RS"/>
        </w:rPr>
      </w:pPr>
    </w:p>
    <w:p w:rsidR="00856ECF" w:rsidRDefault="00856ECF">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7E51BC" w:rsidRPr="00856ECF" w:rsidRDefault="007E51BC">
      <w:pPr>
        <w:keepNext/>
        <w:spacing w:before="60" w:after="20"/>
        <w:rPr>
          <w:b/>
          <w:color w:val="000000"/>
          <w:lang w:val="sr-Cyrl-RS"/>
        </w:rPr>
      </w:pPr>
    </w:p>
    <w:p w:rsidR="00664EEB" w:rsidRDefault="00B36A46">
      <w:pPr>
        <w:keepNext/>
        <w:spacing w:before="60" w:after="20"/>
        <w:rPr>
          <w:b/>
          <w:color w:val="000000"/>
          <w:sz w:val="22"/>
          <w:lang w:val="sr-Cyrl-RS"/>
        </w:rPr>
      </w:pPr>
      <w:r w:rsidRPr="00DF5D2A">
        <w:rPr>
          <w:b/>
          <w:color w:val="000000"/>
          <w:sz w:val="22"/>
          <w:lang w:val="sr-Cyrl-RS"/>
        </w:rPr>
        <w:t>НА ЗАХТЕВ КОМИСИЈЕ ДОСТАВЉАЈУ СЕ И:</w:t>
      </w:r>
    </w:p>
    <w:p w:rsidR="00DF5D2A" w:rsidRPr="00DF5D2A" w:rsidRDefault="00DF5D2A">
      <w:pPr>
        <w:keepNext/>
        <w:spacing w:before="60" w:after="20"/>
        <w:rPr>
          <w:sz w:val="22"/>
          <w:lang w:val="sr-Cyrl-RS"/>
        </w:rPr>
      </w:pP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докази о својству једнородитељске породице, у складу са Правилником;</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потврда надлежне образовне установе о школовању за члана домаћинства до навршених 26 година;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докази о приходима: потврда Националне службе за запошљавање или изјава о незапослености и непостојању прихода, потврда послодавца о висини примања, чек од пензије или одговарајућа потврда/изјава;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 о пребивалишту/боравишту, ако се адреса не може утврдити из личне карте;</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медицинска документација или други доказ о инвалидитету, тежој или хроничној болести;</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 о правном основу коришћења стамбеног простора и друга документација од значаја за процену стамбених услова;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други докази неопходни за потпуно и правилно утврђивање чињеничног стања.</w:t>
      </w:r>
    </w:p>
    <w:p w:rsidR="00856ECF" w:rsidRPr="00856ECF" w:rsidRDefault="00856ECF" w:rsidP="00856ECF">
      <w:pPr>
        <w:spacing w:after="40"/>
        <w:jc w:val="both"/>
        <w:rPr>
          <w:i/>
          <w:color w:val="666666"/>
          <w:sz w:val="16"/>
          <w:lang w:val="sr-Cyrl-RS"/>
        </w:rPr>
      </w:pPr>
    </w:p>
    <w:p w:rsidR="00856ECF" w:rsidRPr="00DF5D2A" w:rsidRDefault="00B36A46" w:rsidP="00856ECF">
      <w:pPr>
        <w:spacing w:after="40"/>
        <w:jc w:val="both"/>
        <w:rPr>
          <w:b/>
          <w:i/>
          <w:sz w:val="20"/>
          <w:szCs w:val="20"/>
          <w:lang w:val="sr-Cyrl-RS"/>
        </w:rPr>
      </w:pPr>
      <w:r w:rsidRPr="00DF5D2A">
        <w:rPr>
          <w:b/>
          <w:i/>
          <w:sz w:val="20"/>
          <w:szCs w:val="20"/>
          <w:lang w:val="sr-Cyrl-RS"/>
        </w:rPr>
        <w:t>Комисија може тражити оригинална документа на увид и извршити теренску посету ради провере навода из пријаве.</w:t>
      </w:r>
    </w:p>
    <w:p w:rsidR="00856ECF" w:rsidRPr="00856ECF" w:rsidRDefault="00856ECF" w:rsidP="00856ECF">
      <w:pPr>
        <w:spacing w:after="40"/>
        <w:jc w:val="both"/>
        <w:rPr>
          <w:i/>
          <w:color w:val="666666"/>
          <w:sz w:val="16"/>
          <w:lang w:val="sr-Cyrl-RS"/>
        </w:rPr>
      </w:pPr>
    </w:p>
    <w:p w:rsidR="00856ECF" w:rsidRDefault="00856ECF" w:rsidP="00856ECF">
      <w:pPr>
        <w:spacing w:after="40"/>
        <w:jc w:val="both"/>
        <w:rPr>
          <w:lang w:val="sr-Cyrl-RS"/>
        </w:rPr>
      </w:pPr>
    </w:p>
    <w:p w:rsidR="00DF5D2A" w:rsidRDefault="00DF5D2A" w:rsidP="00856ECF">
      <w:pPr>
        <w:spacing w:after="40"/>
        <w:jc w:val="both"/>
        <w:rPr>
          <w:lang w:val="sr-Cyrl-RS"/>
        </w:rPr>
      </w:pPr>
    </w:p>
    <w:p w:rsidR="004C5F9D" w:rsidRDefault="004C5F9D" w:rsidP="00856ECF">
      <w:pPr>
        <w:spacing w:after="40"/>
        <w:jc w:val="both"/>
        <w:rPr>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7E51BC" w:rsidRPr="00AF6025" w:rsidRDefault="007E51BC" w:rsidP="007E51BC">
      <w:pPr>
        <w:jc w:val="center"/>
        <w:rPr>
          <w:rFonts w:cs="Arial"/>
          <w:b/>
          <w:bCs/>
          <w:sz w:val="24"/>
          <w:szCs w:val="24"/>
          <w:lang w:val="sr-Cyrl-RS"/>
        </w:rPr>
      </w:pPr>
      <w:r w:rsidRPr="00AF6025">
        <w:rPr>
          <w:rFonts w:cs="Arial"/>
          <w:b/>
          <w:bCs/>
          <w:sz w:val="24"/>
          <w:szCs w:val="24"/>
          <w:lang w:val="sr-Cyrl-RS"/>
        </w:rPr>
        <w:t>И З Ј А В А</w:t>
      </w:r>
    </w:p>
    <w:p w:rsidR="007E51BC" w:rsidRPr="00F972CC" w:rsidRDefault="007E51BC" w:rsidP="007E51BC">
      <w:pPr>
        <w:jc w:val="both"/>
        <w:rPr>
          <w:rFonts w:cs="Arial"/>
          <w:lang w:val="sr-Cyrl-RS"/>
        </w:rPr>
      </w:pPr>
    </w:p>
    <w:p w:rsidR="007E51BC" w:rsidRPr="00F972CC" w:rsidRDefault="007E51BC" w:rsidP="007E51BC">
      <w:pPr>
        <w:ind w:left="720"/>
        <w:jc w:val="both"/>
        <w:rPr>
          <w:rFonts w:cs="Arial"/>
          <w:b/>
          <w:sz w:val="16"/>
          <w:szCs w:val="16"/>
          <w:lang w:val="sr-Cyrl-RS"/>
        </w:rPr>
      </w:pPr>
    </w:p>
    <w:p w:rsidR="007E51BC" w:rsidRDefault="007E51BC" w:rsidP="007E51BC">
      <w:pPr>
        <w:rPr>
          <w:rFonts w:cs="Arial"/>
          <w:b/>
          <w:sz w:val="24"/>
          <w:szCs w:val="24"/>
          <w:lang w:val="sr-Cyrl-RS"/>
        </w:rPr>
      </w:pPr>
      <w:bookmarkStart w:id="1" w:name="OLE_LINK1"/>
      <w:bookmarkStart w:id="2" w:name="OLE_LINK2"/>
      <w:bookmarkStart w:id="3" w:name="OLE_LINK3"/>
      <w:r w:rsidRPr="00F972CC">
        <w:rPr>
          <w:rFonts w:cs="Arial"/>
          <w:b/>
          <w:sz w:val="24"/>
          <w:szCs w:val="24"/>
          <w:lang w:val="sr-Cyrl-RS"/>
        </w:rPr>
        <w:t>Изјављујем под пуном моралном, материјалном и кривичном одговорношћу да:</w:t>
      </w:r>
    </w:p>
    <w:p w:rsidR="007E51BC" w:rsidRDefault="007E51BC" w:rsidP="007E51BC">
      <w:pPr>
        <w:rPr>
          <w:rFonts w:cs="Arial"/>
          <w:b/>
          <w:sz w:val="24"/>
          <w:szCs w:val="24"/>
          <w:lang w:val="sr-Cyrl-RS"/>
        </w:rPr>
      </w:pPr>
    </w:p>
    <w:p w:rsidR="007E51BC" w:rsidRDefault="007E51BC" w:rsidP="007E51BC">
      <w:pPr>
        <w:rPr>
          <w:rFonts w:cs="Arial"/>
          <w:b/>
          <w:sz w:val="24"/>
          <w:szCs w:val="24"/>
          <w:lang w:val="sr-Cyrl-RS"/>
        </w:rPr>
      </w:pPr>
    </w:p>
    <w:p w:rsidR="007E51BC" w:rsidRPr="00A25DDC" w:rsidRDefault="007E51BC" w:rsidP="007E51BC">
      <w:pPr>
        <w:pStyle w:val="ListParagraph"/>
        <w:numPr>
          <w:ilvl w:val="0"/>
          <w:numId w:val="12"/>
        </w:numPr>
        <w:jc w:val="both"/>
        <w:rPr>
          <w:rFonts w:cs="Arial"/>
          <w:color w:val="000000"/>
          <w:sz w:val="20"/>
          <w:szCs w:val="20"/>
          <w:lang w:val="sr-Cyrl-RS"/>
        </w:rPr>
      </w:pPr>
      <w:r w:rsidRPr="00A25DDC">
        <w:rPr>
          <w:rFonts w:cs="Arial"/>
          <w:color w:val="000000"/>
          <w:sz w:val="20"/>
          <w:szCs w:val="20"/>
          <w:lang w:val="sr-Cyrl-RS"/>
        </w:rPr>
        <w:t>су сви подаци наведени у пријави тачни и потпуни и да ћу, на захтев Комисије, доставити оригинале или друге доказе којима се потврђују наведене чињенице;</w:t>
      </w:r>
    </w:p>
    <w:p w:rsidR="007E51BC" w:rsidRPr="00A25DDC" w:rsidRDefault="007E51BC" w:rsidP="007E51BC">
      <w:pPr>
        <w:pStyle w:val="ListParagraph"/>
        <w:jc w:val="both"/>
        <w:rPr>
          <w:rFonts w:cs="Arial"/>
          <w:sz w:val="20"/>
          <w:szCs w:val="20"/>
          <w:lang w:val="sr-Cyrl-RS"/>
        </w:rPr>
      </w:pPr>
    </w:p>
    <w:p w:rsidR="007E51BC" w:rsidRPr="00A25DDC" w:rsidRDefault="007E51BC" w:rsidP="007E51BC">
      <w:pPr>
        <w:pStyle w:val="ListParagraph"/>
        <w:numPr>
          <w:ilvl w:val="0"/>
          <w:numId w:val="12"/>
        </w:numPr>
        <w:jc w:val="both"/>
        <w:rPr>
          <w:rFonts w:cs="Arial"/>
          <w:color w:val="000000"/>
          <w:sz w:val="20"/>
          <w:szCs w:val="20"/>
          <w:lang w:val="sr-Cyrl-RS"/>
        </w:rPr>
      </w:pPr>
      <w:r w:rsidRPr="00A25DDC">
        <w:rPr>
          <w:rFonts w:cs="Arial"/>
          <w:color w:val="000000"/>
          <w:sz w:val="20"/>
          <w:szCs w:val="20"/>
          <w:lang w:val="sr-Cyrl-RS"/>
        </w:rPr>
        <w:t>чланови мог породичног домаћинства и ја нисмо остварили повратак на Косово и Метохију;</w:t>
      </w:r>
    </w:p>
    <w:p w:rsidR="007E51BC" w:rsidRPr="00A25DDC" w:rsidRDefault="007E51BC" w:rsidP="007E51BC">
      <w:pPr>
        <w:pStyle w:val="ListParagraph"/>
        <w:rPr>
          <w:rFonts w:cs="Arial"/>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су подаци о стамбеним условима и потребама домаћинства тачни и да сам сагласан/на са теренском посетом ради њихове провере;</w:t>
      </w:r>
    </w:p>
    <w:p w:rsidR="007E51BC" w:rsidRPr="00A25DDC" w:rsidRDefault="007E51BC" w:rsidP="007E51BC">
      <w:pPr>
        <w:pStyle w:val="ListParagraph"/>
        <w:rPr>
          <w:rFonts w:cs="Arial"/>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је за ово породично домаћинство поднета само једна пријава;</w:t>
      </w:r>
    </w:p>
    <w:p w:rsidR="007E51BC" w:rsidRPr="00A25DDC" w:rsidRDefault="007E51BC" w:rsidP="007E51BC">
      <w:pPr>
        <w:pStyle w:val="ListParagraph"/>
        <w:rPr>
          <w:rFonts w:cs="Arial"/>
          <w:b/>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сам упознат/а да се помоћ реализује искључиво набавком и доделом одобрених непрехрамбених артикала и да не могу захтевати исплату новчаних средстава;</w:t>
      </w:r>
    </w:p>
    <w:p w:rsidR="007E51BC" w:rsidRPr="00A25DDC" w:rsidRDefault="007E51BC" w:rsidP="007E51BC">
      <w:pPr>
        <w:pStyle w:val="ListParagraph"/>
        <w:rPr>
          <w:rFonts w:cs="Arial"/>
          <w:b/>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ћу, уколико будем изабран/а за корисника, закључити уговор о додели помоћи, потписати записник о примопредаји, користити артикле за потребе домаћинства и омогућити праћење реализације помоћи;</w:t>
      </w:r>
    </w:p>
    <w:p w:rsidR="007E51BC" w:rsidRPr="00A25DDC" w:rsidRDefault="007E51BC" w:rsidP="007E51BC">
      <w:pPr>
        <w:pStyle w:val="ListParagraph"/>
        <w:rPr>
          <w:rFonts w:cs="Arial"/>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ћу без одлагања обавестити УГ „Иницијатива за развој и сарадњу“ о свакој промени чињеница од значаја за одлучивање по пријави.</w:t>
      </w:r>
    </w:p>
    <w:p w:rsidR="007E51BC" w:rsidRPr="00A25DDC" w:rsidRDefault="007E51BC" w:rsidP="007E51BC">
      <w:pPr>
        <w:spacing w:before="60" w:after="20"/>
        <w:rPr>
          <w:rFonts w:cs="Arial"/>
          <w:b/>
          <w:color w:val="000000"/>
          <w:sz w:val="20"/>
          <w:szCs w:val="20"/>
          <w:lang w:val="sr-Cyrl-RS"/>
        </w:rPr>
      </w:pPr>
    </w:p>
    <w:bookmarkEnd w:id="1"/>
    <w:bookmarkEnd w:id="2"/>
    <w:bookmarkEnd w:id="3"/>
    <w:p w:rsidR="007E51BC" w:rsidRPr="00A25DDC" w:rsidRDefault="007E51B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Ова изјава је саставни део документације за пријављивање на Јавни позив за доделу</w:t>
      </w:r>
      <w:r w:rsidR="00A25DDC" w:rsidRPr="00A25DDC">
        <w:rPr>
          <w:rFonts w:cs="Arial"/>
          <w:b/>
          <w:sz w:val="20"/>
          <w:szCs w:val="20"/>
          <w:lang w:val="sr-Cyrl-RS"/>
        </w:rPr>
        <w:t xml:space="preserve"> </w:t>
      </w:r>
      <w:r w:rsidR="00A25DDC" w:rsidRPr="00A25DDC">
        <w:rPr>
          <w:sz w:val="20"/>
          <w:szCs w:val="20"/>
          <w:lang w:val="sr-Cyrl-RS"/>
        </w:rPr>
        <w:t>помоћи у виду индивидуалних пакета</w:t>
      </w:r>
      <w:r w:rsidR="00F40C90">
        <w:rPr>
          <w:sz w:val="20"/>
          <w:szCs w:val="20"/>
          <w:lang w:val="sr-Latn-RS"/>
        </w:rPr>
        <w:t xml:space="preserve"> </w:t>
      </w:r>
      <w:r w:rsidR="00A25DDC" w:rsidRPr="00A25DDC">
        <w:rPr>
          <w:sz w:val="20"/>
          <w:szCs w:val="20"/>
          <w:lang w:val="sr-Cyrl-RS"/>
        </w:rPr>
        <w:t>непрехрамб</w:t>
      </w:r>
      <w:r w:rsidR="002554C0">
        <w:rPr>
          <w:sz w:val="20"/>
          <w:szCs w:val="20"/>
          <w:lang w:val="sr-Cyrl-RS"/>
        </w:rPr>
        <w:t>р</w:t>
      </w:r>
      <w:r w:rsidR="00A25DDC" w:rsidRPr="00A25DDC">
        <w:rPr>
          <w:sz w:val="20"/>
          <w:szCs w:val="20"/>
          <w:lang w:val="sr-Cyrl-RS"/>
        </w:rPr>
        <w:t>ених артикала за домаћинство</w:t>
      </w:r>
      <w:r w:rsidRPr="00A25DDC">
        <w:rPr>
          <w:rFonts w:cs="Arial"/>
          <w:sz w:val="20"/>
          <w:szCs w:val="20"/>
          <w:lang w:val="sr-Cyrl-RS"/>
        </w:rPr>
        <w:t xml:space="preserve"> у оквиру пројекта ,,Повратак као корак напред“, и сматраће се прихваћеним стављањем потписа на крају овог обрасца.</w:t>
      </w:r>
    </w:p>
    <w:p w:rsidR="007E51BC" w:rsidRPr="00A25DDC" w:rsidRDefault="007E51BC" w:rsidP="007E51BC">
      <w:pPr>
        <w:jc w:val="both"/>
        <w:rPr>
          <w:rFonts w:cs="Arial"/>
          <w:sz w:val="20"/>
          <w:szCs w:val="20"/>
          <w:lang w:val="sr-Cyrl-RS"/>
        </w:rPr>
      </w:pPr>
      <w:r w:rsidRPr="00A25DDC">
        <w:rPr>
          <w:rFonts w:cs="Arial"/>
          <w:sz w:val="20"/>
          <w:szCs w:val="20"/>
          <w:lang w:val="sr-Cyrl-RS"/>
        </w:rPr>
        <w:t xml:space="preserve"> </w:t>
      </w:r>
    </w:p>
    <w:p w:rsidR="007E51BC" w:rsidRPr="00A25DDC" w:rsidRDefault="007E51BC" w:rsidP="007E51BC">
      <w:pPr>
        <w:jc w:val="center"/>
        <w:rPr>
          <w:rFonts w:cs="Arial"/>
          <w:b/>
          <w:sz w:val="20"/>
          <w:szCs w:val="20"/>
          <w:lang w:val="sr-Cyrl-RS"/>
        </w:rPr>
      </w:pPr>
      <w:r w:rsidRPr="00A25DDC">
        <w:rPr>
          <w:rFonts w:cs="Arial"/>
          <w:b/>
          <w:sz w:val="20"/>
          <w:szCs w:val="20"/>
          <w:lang w:val="sr-Cyrl-RS"/>
        </w:rPr>
        <w:t>Остали општи подаци</w:t>
      </w:r>
    </w:p>
    <w:p w:rsidR="00A25DDC" w:rsidRP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Подношењем ове ПРИЈАВЕ подносилац је сагласан да се информације наведене у ПРИЈАВИ могу проверити у складу са Законом о заштити података о личности.</w:t>
      </w:r>
    </w:p>
    <w:p w:rsid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Сва документација (фотокопије) која се прилаже мора бити важећа. Уколико је рок важности истекао, мора се приложити обновљена, са новим роком важења, зависно од врсте документа.</w:t>
      </w:r>
    </w:p>
    <w:p w:rsid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Уз пријаву се подносе искључиво фотокопије документације која остаје у архиви Удружења грађана „Иницијатива за развој и сарадњу.</w:t>
      </w:r>
    </w:p>
    <w:p w:rsidR="007E51BC" w:rsidRPr="00A25DDC" w:rsidRDefault="007E51BC" w:rsidP="007E51BC">
      <w:pPr>
        <w:jc w:val="both"/>
        <w:rPr>
          <w:rFonts w:cs="Arial"/>
          <w:b/>
          <w:sz w:val="20"/>
          <w:szCs w:val="20"/>
          <w:lang w:val="sr-Cyrl-RS"/>
        </w:rPr>
      </w:pPr>
      <w:r w:rsidRPr="00A25DDC">
        <w:rPr>
          <w:rFonts w:cs="Arial"/>
          <w:b/>
          <w:sz w:val="20"/>
          <w:szCs w:val="20"/>
          <w:lang w:val="sr-Cyrl-RS"/>
        </w:rPr>
        <w:t xml:space="preserve">    </w:t>
      </w:r>
    </w:p>
    <w:p w:rsidR="007E51BC" w:rsidRPr="00A25DDC" w:rsidRDefault="007E51BC" w:rsidP="007E51BC">
      <w:pPr>
        <w:jc w:val="both"/>
        <w:rPr>
          <w:rFonts w:cs="Arial"/>
          <w:b/>
          <w:sz w:val="20"/>
          <w:szCs w:val="20"/>
          <w:lang w:val="sr-Cyrl-RS"/>
        </w:rPr>
      </w:pPr>
      <w:r w:rsidRPr="00A25DDC">
        <w:rPr>
          <w:rFonts w:cs="Arial"/>
          <w:b/>
          <w:sz w:val="20"/>
          <w:szCs w:val="20"/>
          <w:lang w:val="sr-Cyrl-RS"/>
        </w:rPr>
        <w:t xml:space="preserve"> </w:t>
      </w:r>
    </w:p>
    <w:p w:rsidR="00A25DDC" w:rsidRDefault="00A25DDC" w:rsidP="007E51BC">
      <w:pPr>
        <w:jc w:val="both"/>
        <w:rPr>
          <w:rFonts w:cs="Arial"/>
          <w:b/>
          <w:sz w:val="24"/>
          <w:szCs w:val="24"/>
          <w:lang w:val="sr-Cyrl-RS"/>
        </w:rPr>
      </w:pPr>
    </w:p>
    <w:p w:rsidR="00A25DDC" w:rsidRDefault="00A25DDC" w:rsidP="007E51BC">
      <w:pPr>
        <w:jc w:val="both"/>
        <w:rPr>
          <w:rFonts w:cs="Arial"/>
          <w:b/>
          <w:sz w:val="24"/>
          <w:szCs w:val="24"/>
          <w:lang w:val="sr-Cyrl-RS"/>
        </w:rPr>
      </w:pPr>
    </w:p>
    <w:p w:rsidR="00A25DDC" w:rsidRDefault="00A25DDC" w:rsidP="007E51BC">
      <w:pPr>
        <w:jc w:val="both"/>
        <w:rPr>
          <w:rFonts w:cs="Arial"/>
          <w:b/>
          <w:sz w:val="24"/>
          <w:szCs w:val="24"/>
          <w:lang w:val="sr-Cyrl-RS"/>
        </w:rPr>
      </w:pPr>
    </w:p>
    <w:p w:rsidR="007E51BC" w:rsidRPr="00F972CC" w:rsidRDefault="007E51BC" w:rsidP="007E51BC">
      <w:pPr>
        <w:jc w:val="both"/>
        <w:rPr>
          <w:rFonts w:cs="Arial"/>
          <w:sz w:val="24"/>
          <w:szCs w:val="24"/>
          <w:lang w:val="sr-Cyrl-RS"/>
        </w:rPr>
      </w:pPr>
      <w:r w:rsidRPr="00F972CC">
        <w:rPr>
          <w:rFonts w:cs="Arial"/>
          <w:b/>
          <w:sz w:val="24"/>
          <w:szCs w:val="24"/>
          <w:lang w:val="sr-Cyrl-RS"/>
        </w:rPr>
        <w:t xml:space="preserve">Датум и мeсто:  </w:t>
      </w:r>
      <w:r w:rsidRPr="00F972CC">
        <w:rPr>
          <w:rFonts w:cs="Arial"/>
          <w:sz w:val="24"/>
          <w:szCs w:val="24"/>
          <w:lang w:val="sr-Cyrl-RS"/>
        </w:rPr>
        <w:t xml:space="preserve">______________________  </w:t>
      </w:r>
    </w:p>
    <w:p w:rsidR="007E51BC" w:rsidRPr="00F972CC" w:rsidRDefault="007E51BC" w:rsidP="007E51BC">
      <w:pPr>
        <w:jc w:val="both"/>
        <w:rPr>
          <w:rFonts w:cs="Arial"/>
          <w:sz w:val="24"/>
          <w:szCs w:val="24"/>
          <w:lang w:val="sr-Cyrl-RS"/>
        </w:rPr>
      </w:pPr>
    </w:p>
    <w:p w:rsidR="007E51BC" w:rsidRDefault="007E51BC" w:rsidP="007E51BC">
      <w:pPr>
        <w:jc w:val="both"/>
        <w:rPr>
          <w:rFonts w:cs="Arial"/>
          <w:sz w:val="24"/>
          <w:szCs w:val="24"/>
          <w:lang w:val="sr-Cyrl-RS"/>
        </w:rPr>
      </w:pPr>
    </w:p>
    <w:p w:rsidR="007E51BC" w:rsidRPr="00F972CC" w:rsidRDefault="007E51BC" w:rsidP="007E51BC">
      <w:pPr>
        <w:jc w:val="both"/>
        <w:rPr>
          <w:rFonts w:cs="Arial"/>
          <w:b/>
          <w:sz w:val="24"/>
          <w:szCs w:val="24"/>
          <w:lang w:val="sr-Cyrl-RS"/>
        </w:rPr>
      </w:pPr>
      <w:r w:rsidRPr="00F972CC">
        <w:rPr>
          <w:rFonts w:cs="Arial"/>
          <w:b/>
          <w:sz w:val="24"/>
          <w:szCs w:val="24"/>
          <w:lang w:val="sr-Cyrl-RS"/>
        </w:rPr>
        <w:t>Потпис подносиоца пријаве:</w:t>
      </w:r>
      <w:r w:rsidRPr="00F972CC">
        <w:rPr>
          <w:rFonts w:cs="Arial"/>
          <w:sz w:val="24"/>
          <w:szCs w:val="24"/>
          <w:lang w:val="sr-Cyrl-RS"/>
        </w:rPr>
        <w:t xml:space="preserve"> ________________________________________________</w:t>
      </w:r>
    </w:p>
    <w:p w:rsidR="007E51BC" w:rsidRPr="00F972CC" w:rsidRDefault="007E51BC" w:rsidP="007E51BC">
      <w:pPr>
        <w:rPr>
          <w:rFonts w:cs="Arial"/>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sectPr w:rsidR="004C5F9D" w:rsidSect="00856ECF">
      <w:pgSz w:w="11906" w:h="16838"/>
      <w:pgMar w:top="1020" w:right="680" w:bottom="964" w:left="680" w:header="576"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3F5" w:rsidRDefault="006B13F5">
      <w:r>
        <w:separator/>
      </w:r>
    </w:p>
  </w:endnote>
  <w:endnote w:type="continuationSeparator" w:id="0">
    <w:p w:rsidR="006B13F5" w:rsidRDefault="006B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Look w:val="04A0" w:firstRow="1" w:lastRow="0" w:firstColumn="1" w:lastColumn="0" w:noHBand="0" w:noVBand="1"/>
    </w:tblPr>
    <w:tblGrid>
      <w:gridCol w:w="3118"/>
      <w:gridCol w:w="4309"/>
      <w:gridCol w:w="3118"/>
    </w:tblGrid>
    <w:tr w:rsidR="00664EEB">
      <w:trPr>
        <w:jc w:val="center"/>
      </w:trPr>
      <w:tc>
        <w:tcPr>
          <w:tcW w:w="3118" w:type="dxa"/>
          <w:tcMar>
            <w:top w:w="0" w:type="dxa"/>
            <w:left w:w="0" w:type="dxa"/>
            <w:bottom w:w="0" w:type="dxa"/>
            <w:right w:w="0" w:type="dxa"/>
          </w:tcMar>
          <w:vAlign w:val="bottom"/>
        </w:tcPr>
        <w:p w:rsidR="00664EEB" w:rsidRDefault="00B36A46">
          <w:r>
            <w:rPr>
              <w:noProof/>
            </w:rPr>
            <w:drawing>
              <wp:inline distT="0" distB="0" distL="0" distR="0">
                <wp:extent cx="533974" cy="57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
                        <a:stretch>
                          <a:fillRect/>
                        </a:stretch>
                      </pic:blipFill>
                      <pic:spPr>
                        <a:xfrm>
                          <a:off x="0" y="0"/>
                          <a:ext cx="533974" cy="576000"/>
                        </a:xfrm>
                        <a:prstGeom prst="rect">
                          <a:avLst/>
                        </a:prstGeom>
                      </pic:spPr>
                    </pic:pic>
                  </a:graphicData>
                </a:graphic>
              </wp:inline>
            </w:drawing>
          </w:r>
        </w:p>
      </w:tc>
      <w:tc>
        <w:tcPr>
          <w:tcW w:w="4309" w:type="dxa"/>
          <w:tcMar>
            <w:top w:w="0" w:type="dxa"/>
            <w:left w:w="0" w:type="dxa"/>
            <w:bottom w:w="0" w:type="dxa"/>
            <w:right w:w="0" w:type="dxa"/>
          </w:tcMar>
          <w:vAlign w:val="bottom"/>
        </w:tcPr>
        <w:p w:rsidR="00664EEB" w:rsidRDefault="00664EEB">
          <w:pPr>
            <w:jc w:val="center"/>
          </w:pPr>
        </w:p>
      </w:tc>
      <w:tc>
        <w:tcPr>
          <w:tcW w:w="3118" w:type="dxa"/>
          <w:tcMar>
            <w:top w:w="0" w:type="dxa"/>
            <w:left w:w="0" w:type="dxa"/>
            <w:bottom w:w="0" w:type="dxa"/>
            <w:right w:w="0" w:type="dxa"/>
          </w:tcMar>
          <w:vAlign w:val="bottom"/>
        </w:tcPr>
        <w:p w:rsidR="00664EEB" w:rsidRDefault="00B36A46">
          <w:pPr>
            <w:jc w:val="right"/>
          </w:pPr>
          <w:r>
            <w:rPr>
              <w:noProof/>
            </w:rPr>
            <w:drawing>
              <wp:inline distT="0" distB="0" distL="0" distR="0">
                <wp:extent cx="468252" cy="54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2"/>
                        <a:stretch>
                          <a:fillRect/>
                        </a:stretch>
                      </pic:blipFill>
                      <pic:spPr>
                        <a:xfrm>
                          <a:off x="0" y="0"/>
                          <a:ext cx="468252" cy="54000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3F5" w:rsidRDefault="006B13F5">
      <w:r>
        <w:separator/>
      </w:r>
    </w:p>
  </w:footnote>
  <w:footnote w:type="continuationSeparator" w:id="0">
    <w:p w:rsidR="006B13F5" w:rsidRDefault="006B1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Look w:val="04A0" w:firstRow="1" w:lastRow="0" w:firstColumn="1" w:lastColumn="0" w:noHBand="0" w:noVBand="1"/>
    </w:tblPr>
    <w:tblGrid>
      <w:gridCol w:w="4819"/>
      <w:gridCol w:w="5726"/>
    </w:tblGrid>
    <w:tr w:rsidR="00664EEB">
      <w:trPr>
        <w:jc w:val="center"/>
      </w:trPr>
      <w:tc>
        <w:tcPr>
          <w:tcW w:w="4819" w:type="dxa"/>
          <w:tcMar>
            <w:top w:w="0" w:type="dxa"/>
            <w:left w:w="0" w:type="dxa"/>
            <w:bottom w:w="0" w:type="dxa"/>
            <w:right w:w="0" w:type="dxa"/>
          </w:tcMar>
          <w:vAlign w:val="center"/>
        </w:tcPr>
        <w:p w:rsidR="00664EEB" w:rsidRDefault="00B36A46">
          <w:r>
            <w:rPr>
              <w:noProof/>
            </w:rPr>
            <w:drawing>
              <wp:inline distT="0" distB="0" distL="0" distR="0">
                <wp:extent cx="962108" cy="4405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979424" cy="448490"/>
                        </a:xfrm>
                        <a:prstGeom prst="rect">
                          <a:avLst/>
                        </a:prstGeom>
                      </pic:spPr>
                    </pic:pic>
                  </a:graphicData>
                </a:graphic>
              </wp:inline>
            </w:drawing>
          </w:r>
        </w:p>
      </w:tc>
      <w:tc>
        <w:tcPr>
          <w:tcW w:w="5726" w:type="dxa"/>
          <w:tcMar>
            <w:top w:w="0" w:type="dxa"/>
            <w:left w:w="0" w:type="dxa"/>
            <w:bottom w:w="0" w:type="dxa"/>
            <w:right w:w="0" w:type="dxa"/>
          </w:tcMar>
          <w:vAlign w:val="center"/>
        </w:tcPr>
        <w:p w:rsidR="00664EEB" w:rsidRDefault="00B36A46">
          <w:pPr>
            <w:jc w:val="right"/>
          </w:pPr>
          <w:r>
            <w:rPr>
              <w:noProof/>
            </w:rPr>
            <w:drawing>
              <wp:inline distT="0" distB="0" distL="0" distR="0">
                <wp:extent cx="1980000" cy="5368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stretch>
                          <a:fillRect/>
                        </a:stretch>
                      </pic:blipFill>
                      <pic:spPr>
                        <a:xfrm>
                          <a:off x="0" y="0"/>
                          <a:ext cx="1980000" cy="536809"/>
                        </a:xfrm>
                        <a:prstGeom prst="rect">
                          <a:avLst/>
                        </a:prstGeom>
                      </pic:spPr>
                    </pic:pic>
                  </a:graphicData>
                </a:graphic>
              </wp:inline>
            </w:drawing>
          </w:r>
        </w:p>
      </w:tc>
    </w:tr>
  </w:tbl>
  <w:p w:rsidR="00664EEB" w:rsidRDefault="00664EEB">
    <w:pPr>
      <w:pBdr>
        <w:bottom w:val="single" w:sz="12" w:space="0" w:color="2F75B5"/>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331F39"/>
    <w:multiLevelType w:val="hybridMultilevel"/>
    <w:tmpl w:val="F8768FF0"/>
    <w:lvl w:ilvl="0" w:tplc="04090005">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0" w15:restartNumberingAfterBreak="0">
    <w:nsid w:val="35483FED"/>
    <w:multiLevelType w:val="hybridMultilevel"/>
    <w:tmpl w:val="5CACC626"/>
    <w:lvl w:ilvl="0" w:tplc="403C967E">
      <w:start w:val="1"/>
      <w:numFmt w:val="decimal"/>
      <w:lvlText w:val="%1."/>
      <w:lvlJc w:val="left"/>
      <w:pPr>
        <w:ind w:left="72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C421A"/>
    <w:multiLevelType w:val="hybridMultilevel"/>
    <w:tmpl w:val="498CCFB0"/>
    <w:lvl w:ilvl="0" w:tplc="32CC4150">
      <w:start w:val="1"/>
      <w:numFmt w:val="decimal"/>
      <w:lvlText w:val="%1."/>
      <w:lvlJc w:val="left"/>
      <w:pPr>
        <w:ind w:left="1004" w:hanging="360"/>
      </w:pPr>
      <w:rPr>
        <w:rFonts w:ascii="Arial" w:hAnsi="Arial" w:cs="Arial" w:hint="default"/>
        <w:i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43BC493C"/>
    <w:multiLevelType w:val="hybridMultilevel"/>
    <w:tmpl w:val="C4B6F37C"/>
    <w:lvl w:ilvl="0" w:tplc="6ED0C436">
      <w:numFmt w:val="bullet"/>
      <w:lvlText w:val="–"/>
      <w:lvlJc w:val="left"/>
      <w:pPr>
        <w:ind w:left="417" w:hanging="360"/>
      </w:pPr>
      <w:rPr>
        <w:rFonts w:ascii="Arial" w:eastAsia="Arial" w:hAnsi="Arial" w:cs="Arial" w:hint="default"/>
        <w:b/>
        <w:color w:val="000000"/>
        <w:sz w:val="17"/>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3" w15:restartNumberingAfterBreak="0">
    <w:nsid w:val="6D1E67E8"/>
    <w:multiLevelType w:val="hybridMultilevel"/>
    <w:tmpl w:val="F6E09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4B1245"/>
    <w:multiLevelType w:val="hybridMultilevel"/>
    <w:tmpl w:val="5E8A358E"/>
    <w:lvl w:ilvl="0" w:tplc="FAE02264">
      <w:start w:val="1"/>
      <w:numFmt w:val="decimal"/>
      <w:lvlText w:val="%1."/>
      <w:lvlJc w:val="left"/>
      <w:pPr>
        <w:ind w:left="720" w:hanging="360"/>
      </w:pPr>
      <w:rPr>
        <w:rFonts w:asciiTheme="minorHAnsi" w:eastAsiaTheme="minorHAnsi" w:hAnsiTheme="minorHAnsi" w:cstheme="minorBidi"/>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0"/>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4C93"/>
    <w:rsid w:val="0006063C"/>
    <w:rsid w:val="00071FDE"/>
    <w:rsid w:val="0010763D"/>
    <w:rsid w:val="0015074B"/>
    <w:rsid w:val="00151D77"/>
    <w:rsid w:val="00174866"/>
    <w:rsid w:val="0023326B"/>
    <w:rsid w:val="002554C0"/>
    <w:rsid w:val="0029639D"/>
    <w:rsid w:val="0030761F"/>
    <w:rsid w:val="00326F90"/>
    <w:rsid w:val="00391121"/>
    <w:rsid w:val="00465F2A"/>
    <w:rsid w:val="004A1ABB"/>
    <w:rsid w:val="004C5F9D"/>
    <w:rsid w:val="00664EEB"/>
    <w:rsid w:val="00683A1D"/>
    <w:rsid w:val="006B13F5"/>
    <w:rsid w:val="007E51BC"/>
    <w:rsid w:val="00804077"/>
    <w:rsid w:val="00856ECF"/>
    <w:rsid w:val="008A1ECE"/>
    <w:rsid w:val="009F3BAB"/>
    <w:rsid w:val="00A25DDC"/>
    <w:rsid w:val="00A53ABC"/>
    <w:rsid w:val="00AA1D8D"/>
    <w:rsid w:val="00B36A46"/>
    <w:rsid w:val="00B44912"/>
    <w:rsid w:val="00B47730"/>
    <w:rsid w:val="00C90838"/>
    <w:rsid w:val="00CB0664"/>
    <w:rsid w:val="00CE6D12"/>
    <w:rsid w:val="00DF5D2A"/>
    <w:rsid w:val="00E075B9"/>
    <w:rsid w:val="00E84E91"/>
    <w:rsid w:val="00F40C90"/>
    <w:rsid w:val="00FB2E33"/>
    <w:rsid w:val="00FC4647"/>
    <w:rsid w:val="00FC693F"/>
    <w:rsid w:val="00FF5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4574BB4C-7C07-407F-9E0A-2D2A9830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Note">
    <w:name w:val="Form Note"/>
    <w:rPr>
      <w:rFonts w:ascii="Arial" w:eastAsia="Arial" w:hAnsi="Arial"/>
      <w:i/>
      <w:sz w:val="17"/>
    </w:rPr>
  </w:style>
  <w:style w:type="paragraph" w:styleId="BalloonText">
    <w:name w:val="Balloon Text"/>
    <w:basedOn w:val="Normal"/>
    <w:link w:val="BalloonTextChar"/>
    <w:uiPriority w:val="99"/>
    <w:semiHidden/>
    <w:unhideWhenUsed/>
    <w:rsid w:val="00174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86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2554-C324-483F-BDB5-92F75965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Образац пријаве – пакети помоћи у виду непрехрамбених артикала – ГО Звездара</vt:lpstr>
    </vt:vector>
  </TitlesOfParts>
  <Manager/>
  <Company/>
  <LinksUpToDate>false</LinksUpToDate>
  <CharactersWithSpaces>9468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Образац пријаве – пакети помоћи у виду непрехрамбених артикала – ГО Звездара</dc:title>
  <dc:subject>Пројекат „Корак напред ка повратку“</dc:subject>
  <dc:creator>УГ Иницијатива за развој и сарадњу</dc:creator>
  <cp:keywords>Звездара, интерно расељена лица, пакети помоћи, непрехрамбени артикли</cp:keywords>
  <dc:description>generated by python-docx</dc:description>
  <cp:lastModifiedBy>Milena</cp:lastModifiedBy>
  <cp:revision>19</cp:revision>
  <cp:lastPrinted>2026-08-05T10:38:00Z</cp:lastPrinted>
  <dcterms:created xsi:type="dcterms:W3CDTF">2013-12-23T23:15:00Z</dcterms:created>
  <dcterms:modified xsi:type="dcterms:W3CDTF">2026-08-06T11:04:00Z</dcterms:modified>
  <cp:category/>
</cp:coreProperties>
</file>